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Pr>
      <w:r>
        <w:rPr>
          <w:b/>
          <w:color w:val="114B2B"/>
          <w:sz w:val="36"/>
        </w:rPr>
        <w:t>ProStocks Star Trading Applications — Video Transcripts, Visual Screen Walkthroughs &amp; Exact UI Text</w:t>
      </w:r>
    </w:p>
    <w:p>
      <w:pPr>
        <w:spacing w:after="240"/>
      </w:pPr>
      <w:r>
        <w:rPr>
          <w:color w:val="555555"/>
          <w:sz w:val="21"/>
        </w:rPr>
        <w:t>Source Page: https://www.prostocks.com/trading-platforms.html</w:t>
      </w:r>
    </w:p>
    <w:p>
      <w:pPr>
        <w:pStyle w:val="Heading1"/>
        <w:spacing w:before="360" w:after="120"/>
      </w:pPr>
      <w:r>
        <w:rPr>
          <w:rFonts w:ascii="Calibri" w:hAnsi="Calibri"/>
          <w:color w:val="114B2B"/>
          <w:sz w:val="30"/>
        </w:rPr>
        <w:t>1. ProStocks Star Web Trading Application (https://www.youtube.com/watch?v=Yc1K3lj4-A4)</w:t>
      </w:r>
    </w:p>
    <w:p>
      <w:pPr>
        <w:spacing w:after="120"/>
      </w:pPr>
      <w:r>
        <w:rPr>
          <w:b/>
        </w:rPr>
        <w:t xml:space="preserve">Note on Spoken Language: </w:t>
      </w:r>
      <w:r>
        <w:rPr>
          <w:i/>
        </w:rPr>
        <w:t>Although the YouTube video title is in English ("ProStocks Star Web Trading Application"), the section heading on https://www.prostocks.com/trading-platforms.html labels it "ProStocks Star Web Trading Application - Hindi" and the spoken audio in this video is in Hindi (with English trading/UI terms). Below is the complete verbatim transcript in Hindi (the language spoken), followed by a full English translation so you have both.</w:t>
      </w:r>
    </w:p>
    <w:p>
      <w:pPr>
        <w:pStyle w:val="Heading2"/>
        <w:spacing w:before="240" w:after="80"/>
      </w:pPr>
      <w:r>
        <w:rPr>
          <w:rFonts w:ascii="Calibri" w:hAnsi="Calibri"/>
          <w:color w:val="1F4E79"/>
          <w:sz w:val="25"/>
        </w:rPr>
        <w:t>1A. Full Spoken Transcript (Hindi — Language Spoken)</w:t>
      </w:r>
    </w:p>
    <w:p>
      <w:pPr>
        <w:spacing w:after="120"/>
      </w:pPr>
      <w:r>
        <w:rPr>
          <w:i w:val="0"/>
        </w:rPr>
        <w:t>इस वीडियो में हम प्रोस्टॉक्स स्टार वेब ट्रेडिंग एप्लीकेशन के बारे में सीखेंगे। तो सबसे पहले हमें प्रोस्टॉक्स स्टार वेब एप्लीकेशन में लॉग इन करना है। लॉग इन करने के लिए आपको star.prostocks.com पर जाना होगा। यहां आप क्लाइंट कोड, पासवर्ड और आपका पैन नंबर या डेट ऑफ बर्थ एंटर करें और लॉग इन पर क्लिक करें।</w:t>
      </w:r>
    </w:p>
    <w:p>
      <w:pPr>
        <w:spacing w:after="120"/>
      </w:pPr>
      <w:r>
        <w:rPr>
          <w:i w:val="0"/>
        </w:rPr>
        <w:t>अब लॉग इन करने के बाद डैशबोर्ड पर आपको लेफ्ट साइड में मार्केट वॉचलिस्ट दिखेंगी एंड राइट साइड पर डिफरेंट ऑप्शंस अवेलेबल हैं। तो सबसे पहले मार्केट वॉचलिस्ट के ऊपर आपको इंडिसेज और उनकी वैल्यूज दिखेंगी। अगर आपको इंडेक्स बार पर कोई इंडेक्स चेंज करना है, तो इंडेक्स नेम पर क्लिक करें। सिलेक्ट इंडेक्स का ऑप्शन ओपन होगा। यहां से जो इंडेक्स आपको ऐड करना है उसके सामने दिए गए प्लस साइन पर क्लिक करें, वह इंडेक्स ऐड हो जाएगा।</w:t>
      </w:r>
    </w:p>
    <w:p>
      <w:pPr>
        <w:spacing w:after="120"/>
      </w:pPr>
      <w:r>
        <w:rPr>
          <w:i w:val="0"/>
        </w:rPr>
        <w:t>इंडेक्स बार के नीचे आपको सर्च बार दिखेगा। यहां से आप कोई भी स्क्रिप्ट सर्च करके मार्केट वॉचलिस्ट में ऐड कर सकते हो। उसके लिए यहां स्क्रिप्ट नेम सर्च करें और ऐड साइन पर क्लिक करें। अगर आपको कोई फ्यूचर एंड ऑप्शन स्क्रिप्ट ऐड करनी है, तो आप स्ट्राइक प्राइस से भी सर्च कर सकते हो।</w:t>
      </w:r>
    </w:p>
    <w:p>
      <w:pPr>
        <w:spacing w:after="120"/>
      </w:pPr>
      <w:r>
        <w:rPr>
          <w:i w:val="0"/>
        </w:rPr>
        <w:t>उसके बाद आपको ग्रिड व्यू और शो मेनू के ऑप्शंस दिखेंगे। ग्रिड व्यू मतलब हीटमैप। इससे मार्केट वॉचलिस्ट ग्रिड व्यू में चेंज कर सकते हो। हीटमैप में जिस स्क्रिप्ट की वैल्यू बढ़ रही है वह लाइट ग्रीन कलर में दिखेगी, जिस स्क्रिप्ट की वैल्यू बहुत ज्यादा बढ़ रही है वह डार्क ग्रीन कलर में दिखेगी, जिस स्क्रिप्ट की वैल्यू कम हो रही है वह लाइट रेड कलर में दिखेगी, और जिस स्क्रिप्ट की वैल्यू बहुत ज्यादा कम हो रही है वह डार्क रेड कलर में दिखेगी। शो मेनू ऑप्शन से मार्केट वॉचलिस्ट एज पर नेम, एलटीपी और परसेंटेज चेंज से सॉर्ट कर सकते हो, और आपको नॉर्मल मार्केट वॉचलिस्ट और रीडिफाइंड मार्केट वॉचलिस्ट के ऑप्शंस मिलेंगे।</w:t>
      </w:r>
    </w:p>
    <w:p>
      <w:pPr>
        <w:spacing w:after="120"/>
      </w:pPr>
      <w:r>
        <w:rPr>
          <w:i w:val="0"/>
        </w:rPr>
        <w:t>प्रोस्टॉक्स स्टार वेब एप्लीकेशन में भी फाइव यूजर-डिफाइंड वॉचलिस्ट अवेलेबल हैं। अगर आप कर्सर को स्क्रिप्ट पर ले जाते हो, तो आपको बाय, सेल, मार्केट डेप्थ, चार्ट, डिलीट स्क्रिप्ट और शो मेनू के ऑप्शंस दिखेंगे। बाय और सेल ऑप्शन से आप ऑर्डर प्लेस कर सकते हो। मार्केट डेप्थ में स्क्रिप्ट की बिड एंड ऑफर प्राइस एंड क्वांटिटी, टुडेज लो एंड हाई प्राइस, ओपन प्राइस एंड प्रीवियस क्लोज प्राइस, वॉल्यूम एंड एवरेज प्राइस, लास्ट ट्रेड क्वांटिटी एंड टाइम, लोअर सर्किट लिमिट एंड अपर सर्किट लिमिट, एंड 52-वीक हाई एंड लो प्राइसेज जैसी इनफॉर्मेशन मिलेगी। चार्ट ऑप्शन से आप स्क्रिप्ट का चार्ट देख सकते हो। डिलीट ऑप्शन से आप स्क्रिप्ट को मार्केट वॉच से डिलीट कर सकते हो।</w:t>
      </w:r>
    </w:p>
    <w:p>
      <w:pPr>
        <w:spacing w:after="120"/>
      </w:pPr>
      <w:r>
        <w:rPr>
          <w:i w:val="0"/>
        </w:rPr>
        <w:t>शो मेनू में आपको इन्फो, सेट अलर्ट, क्रिएट जीटीटी, ऐड टू फेवरेट 1 एंड ऐड टू फेवरेट 2, एंड ऑप्शन चेन दिखेंगे। इन्फो में आपको स्क्रिप्ट की डिटेल्स दिखेंगी। सेट अलर्ट ऑप्शन से आप स्क्रिप्ट के लिए अलर्ट क्रिएट कर सकते हो। अगर आपको जीटीटी ऑर्डर प्लेस करनी है, तो आप क्रिएट जीटीटी से कर सकते हो। ऐड टू फेवरेट ऑप्शन से आप स्क्रिप्ट को इंडेक्स बार में फर्स्ट या सेकंड पोजीशन पर ऐड कर सकते हो, और ऑप्शन चेन से आप स्क्रिप्ट की ऑप्शन चेन ओपन कर सकते हो।</w:t>
      </w:r>
    </w:p>
    <w:p>
      <w:pPr>
        <w:spacing w:after="120"/>
      </w:pPr>
      <w:r>
        <w:rPr>
          <w:i w:val="0"/>
        </w:rPr>
        <w:t>नेक्स्ट हम देखेंगे कि ऑर्डर कैसे प्लेस करें। ऑर्डर प्लेस करने के लिए बाय पर क्लिक करें। ऑर्डर एंट्री विंडो पर आपको ऊपर स्क्रिप्ट नेम और स्क्रिप्ट की एनएसई और बीएसई सेगमेंट की प्राइसेज दिखेंगी। फिर आपको प्रोडक्ट टाइप सिलेक्ट करना है—डिलीवरी, इंट्राडे, कवर ऑर्डर या ब्रैकेट ऑर्डर। फिर आपको क्वांटिटी और प्राइस फिल करनी है। उसके बाद आपको ऑर्डर टाइप सिलेक्ट करना है—लिमिट, मार्केट, स्टॉपलॉस लिमिट और स्टॉपलॉस मार्केट। मोर ऑप्शन में आपको वैलिडिटी डे और आईओसी, और डिस्क्लोज्ड क्वांटिटी दिखेंगी। डेप्थ में आप उस स्क्रिप्ट की मार्केट डेप्थ ओपन कर सकते हो। उसके नीचे आप आपके अकाउंट में अवेलेबल मार्जिन देख सकते हो, और मार्जिन में ऑर्डर प्लेस करने के लिए कितना मार्जिन रिक्वायर्ड होगा वह भी देख सकते हो। उसके लिए ऑर्डर मार्जिन रिफ्रेश साइन पर क्लिक करना होगा। फिर बाय बटन पर क्लिक कीजिए, आपकी ऑर्डर प्लेस हो जाएगी।</w:t>
      </w:r>
    </w:p>
    <w:p>
      <w:pPr>
        <w:spacing w:after="120"/>
      </w:pPr>
      <w:r>
        <w:rPr>
          <w:i w:val="0"/>
        </w:rPr>
        <w:t>नेक्स्ट ऑप्शन है डैशबोर्ड। डैशबोर्ड पर आपको ऐड और विड्रॉ फंड्स के ऑप्शन दिखेंगे, और आप मार्जिंस, ऑर्डर्स, पोजीशंस एंड होल्डिंग्स की डिटेल्स भी देख सकते हो। अगर आप मेन हेडिंग पर क्लिक करोगे, तो वह आपको डायरेक्टली उस ऑप्शन के रिपोर्ट में ले जाएगा।</w:t>
      </w:r>
    </w:p>
    <w:p>
      <w:pPr>
        <w:spacing w:after="120"/>
      </w:pPr>
      <w:r>
        <w:rPr>
          <w:i w:val="0"/>
        </w:rPr>
        <w:t>नेक्स्ट है ऑर्डर्स। ऑर्डर्स में आपको दो सेक्शंस दिखेंगे—ओपन एंड क्लोज्ड ऑर्डर्स। ओपन ऑर्डर्स में आपको आपकी पेंडिंग ऑर्डर्स दिखेंगी, और क्लोज्ड ऑर्डर्स में आपको आपकी कंप्लीटेड, रिजेक्टेड और कैंसल्ड ऑर्डर्स दिखेंगी। अगर आपको कोई भी ऑर्डर मॉडिफाई या कैंसिल करनी है, तो शो मेनू पर क्लिक करें। जीटीटी में आपको आपकी जीटीटी ऑर्डर्स दिखेंगी। ट्रेड बुक में आपको आपके करंट डे ट्रेड्स दिखेंगे, और बास्केट ऑर्डर से आप बास्केट क्रिएट करके ऑर्डर्स प्लेस कर सकते हो।</w:t>
      </w:r>
    </w:p>
    <w:p>
      <w:pPr>
        <w:spacing w:after="120"/>
      </w:pPr>
      <w:r>
        <w:rPr>
          <w:i w:val="0"/>
        </w:rPr>
        <w:t>नेक्स्ट ऑप्शन है पोजीशन। पोजीशन रिपोर्ट में आपको आपकी करंट डे की पोजीशंस एंड टोटल प्रॉफिट एंड लॉस दिखेंगे। अगर आपको आपकी पोजीशन इंट्राडे टू डिलीवरी या डिलीवरी टू इंट्राडे में कन्वर्ट करनी है, तो आप पोजीशन रिपोर्ट से कर सकते हो। उसके लिए जिस पोजीशन को कन्वर्ट करना है उस पोजीशन के शो मेनू ऑप्शन पर क्लिक कीजिए और कन्वर्ट पर क्लिक कीजिए। एक पोजीशन कन्वर्जन बॉक्स ओपन होगा। यहां कन्वर्ट पोजीशन पर क्लिक कीजिए और आपकी पोजीशन कन्वर्ट हो जाएगी। अगर आपको मल्टीपल पोजीशंस को एक साथ स्क्वायर ऑफ करना है, तो आप पोजीशन सिलेक्ट करके एग्जिट पर क्लिक कीजिए, आपकी पोजीशन स्क्वायर ऑफ हो जाएंगी।</w:t>
      </w:r>
    </w:p>
    <w:p>
      <w:pPr>
        <w:spacing w:after="120"/>
      </w:pPr>
      <w:r>
        <w:rPr>
          <w:i w:val="0"/>
        </w:rPr>
        <w:t>होल्डिंग्स रिपोर्ट में आपको आपकी होल्डिंग्स और इन्वेस्टेड एंड करंट वैल्यू और टोटल प्रॉफिट एंड लॉस दिखेंगे। मार्जिन रिपोर्ट में अवेलेबल मार्जिन डिटेल्स एंड यूटिलाइजेशन डिटेल्स देख सकते हो। मार्केट्स में टॉप गेनर्स, टॉप लूजर्स, एक्टिव बाय वॉल्यूम और एक्टिव बाय वैल्यू के टॉप 10 शेयर्स की डिटेल्स देख सकते हो। बीओ रिपोर्ट से आप बैक ऑफिस में डायरेक्टली लॉग इन कर सकते हो। प्रोफाइल ऑप्शन में आपको चेंज पासवर्ड, सेट डब्ल्यूपिन, ऑर्डर प्रेफरेंस, चेंज थीम एंड यूजफुल लिंक्स जैसे ऑप्शंस मिलेंगे। और नोटिफिकेशंस में कंप्लीटेड एंड पेंडिंग अलर्ट्स देख सकते हो।</w:t>
      </w:r>
    </w:p>
    <w:p>
      <w:pPr>
        <w:spacing w:after="120"/>
      </w:pPr>
      <w:r>
        <w:rPr>
          <w:i w:val="0"/>
        </w:rPr>
        <w:t>अब हम देखेंगे फंड्स को ऐड और विड्रॉ कैसे करें। फंड्स को ऐड करने के लिए डैशबोर्ड पर आपको ऐड फंड्स पर क्लिक करना है। यहां आपको दो ऑप्शंस मिलेंगे—नेट बैंकिंग और यूपीआई। नेट बैंकिंग में मैक्सिमम अमाउंट ट्रांसफर करने के लिए कोई भी लिमिट नहीं है, और रुपीस 9 प्लस जीएसटी चार्जेस आपको पे करने होंगे। एचडीएफसी और यस बैंक के क्लाइंट्स के लिए यह फ्री है। अगर आप पेमेंट गेटवे से फंड्स ऐड करते हो, तो आप सेम डे विड्रॉल नहीं कर सकते; आप टी प्लस टू डेज के बाद फंड्स विड्रॉ रिक्वेस्ट सेंड कर सकते हो। अगर आप वर्चुअल बैंक अकाउंट नंबर सिस्टम से फंड्स ट्रांसफर करते हो, तो उसके कोई चार्जेस नहीं हैं और फंड्स सिस्टम में रियल-टाइम अपडेट हो जाएंगे। यूपीआई से फंड्स ट्रांसफर करने के लिए कोई भी चार्जेस नहीं हैं और आप एक साथ 2 लाख तक की अमाउंट ट्रांसफर कर सकते हो। यूपीआई से फंड ट्रांसफर के लिए वर्चुअल पेमेंट अकाउंट सिस्टम यूज कीजिए; यह फंड्स ट्रांसफर फ्री है और फंड्स रियल-टाइम सिस्टम में अपडेट हो जाते हैं।</w:t>
      </w:r>
    </w:p>
    <w:p>
      <w:pPr>
        <w:spacing w:after="120"/>
      </w:pPr>
      <w:r>
        <w:rPr>
          <w:i w:val="0"/>
        </w:rPr>
        <w:t>फंड्स विड्रॉल के लिए आपको विड्रॉ ऑप्शन में जाना है। यहां मैक्स पेआउट अमाउंट में आपको आपकी एलिजिबल विड्रॉ अमाउंट दिखेगी। अमाउंट टू पेआउट ऑप्शन में आपको आपकी रिक्वेस्ट अमाउंट डालनी है। आप नीचे रिमार्क बॉक्स में रिमार्क भी लिख सकते हो, और फिर ओके पर क्लिक कीजिए और आपकी विड्रॉ रिक्वेस्ट सेंड हो जाएगी।</w:t>
      </w:r>
    </w:p>
    <w:p>
      <w:pPr>
        <w:spacing w:after="120"/>
      </w:pPr>
      <w:r>
        <w:rPr>
          <w:i w:val="0"/>
        </w:rPr>
        <w:t>ईडीआईएस मतलब इलेक्ट्रॉनिक डिलीवरी इंस्ट्रक्शन स्लिप। इस प्रोसेस से आप आपकी होल्डिंग्स पीओए और डिलीवरी इंस्ट्रक्शन स्लिप प्रोस्टॉक्स को सबमिट किए बिना सेल कर सकते हो। ईडीआईएस ऑप्शन के लिए होल्डिंग्स रिपोर्ट में जाइए; राइट टॉप कॉर्नर में आपको ई-डीआईएस ऑप्शन मिल जाएगा। थैंक यू एवरीवन फॉर वाचिंग आवर वीडियो। प्लीज स्टे ट्यून्ड फॉर आवर नेक्स्ट वीडियो एंड डू नॉट फॉरगेट टू सब्सक्राइब टू आवर चैनल फॉर मोर अपडेट्स।</w:t>
      </w:r>
    </w:p>
    <w:p>
      <w:pPr>
        <w:pStyle w:val="Heading2"/>
        <w:spacing w:before="240" w:after="80"/>
      </w:pPr>
      <w:r>
        <w:rPr>
          <w:rFonts w:ascii="Calibri" w:hAnsi="Calibri"/>
          <w:color w:val="1F4E79"/>
          <w:sz w:val="25"/>
        </w:rPr>
        <w:t>1B. Full Spoken Transcript (English Translation)</w:t>
      </w:r>
    </w:p>
    <w:p>
      <w:pPr>
        <w:spacing w:after="120"/>
      </w:pPr>
      <w:r>
        <w:rPr>
          <w:i w:val="0"/>
        </w:rPr>
        <w:t>In this video, we will learn about the ProStocks Star Web Trading Application. First of all, we need to log in to the ProStocks Star Web Application. To log in, go to star.prostocks.com. Here, enter your Client Code, Password, and your PAN number or Date of Birth, and click on Login.</w:t>
      </w:r>
    </w:p>
    <w:p>
      <w:pPr>
        <w:spacing w:after="120"/>
      </w:pPr>
      <w:r>
        <w:rPr>
          <w:i w:val="0"/>
        </w:rPr>
        <w:t>After logging in, on the Dashboard you will see Market Watchlists on the left side and different options available on the right side. First, above the Market Watchlist, you will see Indices and their values. If you want to change any index on the Index bar, click on the index name. The Select Index option will open. Click on the plus sign next to the index you want to add, and that index will be added.</w:t>
      </w:r>
    </w:p>
    <w:p>
      <w:pPr>
        <w:spacing w:after="120"/>
      </w:pPr>
      <w:r>
        <w:rPr>
          <w:i w:val="0"/>
        </w:rPr>
        <w:t>Below the Index bar, you will see the Search bar. From here, you can search for any scrip and add it to the Market Watchlist. To do that, search for the scrip name here and click on the Add (+) sign. If you want to add any Futures and Options scrip, you can also search by strike price.</w:t>
      </w:r>
    </w:p>
    <w:p>
      <w:pPr>
        <w:spacing w:after="120"/>
      </w:pPr>
      <w:r>
        <w:rPr>
          <w:i w:val="0"/>
        </w:rPr>
        <w:t>Next to that, you will see the Grid View and Show Menu options. Grid View means a heatmap. With this, you can change the Market Watchlist into Grid View. In the heatmap, scrips whose value is increasing are shown in light green, scrips whose value is increasing significantly are shown in dark green, scrips whose value is decreasing are shown in light red, and scrips whose value is decreasing significantly are shown in dark red. From the Show Menu option, you can sort the Market Watchlist by Name, LTP, and Percentage Change, and you will get options for Normal Market Watchlist and Predefined Market Watchlist.</w:t>
      </w:r>
    </w:p>
    <w:p>
      <w:pPr>
        <w:spacing w:after="120"/>
      </w:pPr>
      <w:r>
        <w:rPr>
          <w:i w:val="0"/>
        </w:rPr>
        <w:t>In the ProStocks Star Web Application, five user-defined watchlists are available. When you move the cursor over a scrip, you will see options for Buy, Sell, Market Depth, Chart, Delete Scrip, and Show Menu. Using the Buy and Sell options, you can place orders. In Market Depth, you will get information such as the scrip's Bid and Offer price and quantity, Today's Low and High price, Open price and Previous Close price, Volume and Average price, Last Traded Quantity and Time, Lower Circuit Limit and Upper Circuit Limit, and 52-Week High and Low prices. From the Chart option, you can view the chart of the scrip. From the Delete option, you can delete the scrip from the Market Watch.</w:t>
      </w:r>
    </w:p>
    <w:p>
      <w:pPr>
        <w:spacing w:after="120"/>
      </w:pPr>
      <w:r>
        <w:rPr>
          <w:i w:val="0"/>
        </w:rPr>
        <w:t>In Show Menu, you will see Info, Set Alert, Create GTT, Add to Favorite 1, Add to Favorite 2, and Option Chain. In Info, you will see the scrip details. From the Set Alert option, you can create an alert for the scrip. If you want to place a GTT order, you can do so through Create GTT. With the Add to Favorite options, you can add the scrip to the first or second position on the Index bar, and from Option Chain, you can open the scrip's Option Chain.</w:t>
      </w:r>
    </w:p>
    <w:p>
      <w:pPr>
        <w:spacing w:after="120"/>
      </w:pPr>
      <w:r>
        <w:rPr>
          <w:i w:val="0"/>
        </w:rPr>
        <w:t>Next, we will see how to place an order. To place an order, click on Buy. On the order entry window, at the top you will see the scrip name and the prices of the scrip in the NSE and BSE segments. Then you need to select the product type—Delivery, Intraday, Cover Order, or Bracket Order. Next, fill in the Quantity and Price. After that, select the order type—Limit, Market, Stop Loss Limit, or Stop Loss Market. Under More options, you will see Validity (Day and IOC) and Disclosed Quantity. Under Depth, you can open the Market Depth of that scrip. Below that, you can see the available margin in your account, and you can also see how much margin will be required to place the order. For that, click on the Order Margin refresh sign. Then click on the Buy button and your order will be placed.</w:t>
      </w:r>
    </w:p>
    <w:p>
      <w:pPr>
        <w:spacing w:after="120"/>
      </w:pPr>
      <w:r>
        <w:rPr>
          <w:i w:val="0"/>
        </w:rPr>
        <w:t>The next option is Dashboard. On the Dashboard, you will see Add Funds and Withdraw options, and you can also view details of Margins, Orders, Positions, and Holdings. If you click on a main section heading, it will take you directly to the report for that option.</w:t>
      </w:r>
    </w:p>
    <w:p>
      <w:pPr>
        <w:spacing w:after="120"/>
      </w:pPr>
      <w:r>
        <w:rPr>
          <w:i w:val="0"/>
        </w:rPr>
        <w:t>Next is Orders. In Orders, you will see two sections—Open and Closed Orders. In Open Orders, you will see your pending orders, and in Closed Orders, you will see your completed, rejected, and canceled orders. If you want to modify or cancel any order, click on Show Menu. In GTT, you will see your GTT orders. In TradeBook, you will see your current-day trades, and from Basket Order, you can create a basket and place orders.</w:t>
      </w:r>
    </w:p>
    <w:p>
      <w:pPr>
        <w:spacing w:after="120"/>
      </w:pPr>
      <w:r>
        <w:rPr>
          <w:i w:val="0"/>
        </w:rPr>
        <w:t>The next option is Positions. In the Positions report, you will see your current-day positions and total profit and loss. If you want to convert your position from Intraday to Delivery or from Delivery to Intraday, you can do so from the Positions report. To do that, click on the Show Menu option for the position you want to convert and click on Convert. A Position Conversion box will open. Click on Convert Positions and your position will be converted. If you want to square off multiple positions at once, select the positions and click on Exit, and your positions will be squared off.</w:t>
      </w:r>
    </w:p>
    <w:p>
      <w:pPr>
        <w:spacing w:after="120"/>
      </w:pPr>
      <w:r>
        <w:rPr>
          <w:i w:val="0"/>
        </w:rPr>
        <w:t>In the Holdings report, you will see your holdings along with the Invested Value, Current Value, and Total Profit and Loss. In the Margins report, you can view Available Margin details and Utilization details. In Markets, you can view details of the top 10 shares under Top Gainers, Top Losers, Active by Volume, and Active by Value. From BO Reports, you can log in directly to the Back Office. In the Profile option, you will get options such as Change Password, Set WPIN, Order Preference, Change Theme (Dark Theme), and Useful Links. And in Notifications, you can view completed and pending alerts.</w:t>
      </w:r>
    </w:p>
    <w:p>
      <w:pPr>
        <w:spacing w:after="120"/>
      </w:pPr>
      <w:r>
        <w:rPr>
          <w:i w:val="0"/>
        </w:rPr>
        <w:t>Now we will see how to add and withdraw funds. To add funds, click on Add Funds on the Dashboard. Here you will get two options—Net Banking and UPI. In Net Banking, there is no limit on the maximum amount you can transfer, and you will have to pay charges of Rs. 9 plus GST. For HDFC and Yes Bank clients, this is free. If you add funds through the payment gateway, you cannot make a same-day withdrawal; you can send a fund withdrawal request after T+2 days. If you transfer funds through the Virtual Bank Account Number system, there are no charges and the funds are updated in the system in real time. There are no charges for transferring funds via UPI, and you can transfer up to Rs. 2 lakh at a time. Use the Virtual Payment Account (Virtual UPI) system for transferring funds via UPI; this fund transfer is free and funds get updated in the system in real time.</w:t>
      </w:r>
    </w:p>
    <w:p>
      <w:pPr>
        <w:spacing w:after="120"/>
      </w:pPr>
      <w:r>
        <w:rPr>
          <w:i w:val="0"/>
        </w:rPr>
        <w:t>For fund withdrawal, go to the Withdraw option. Here, under Max Payout Amount, you will see your eligible withdrawal amount. In the Amount to payout field, enter your requested amount. You can also enter a remark in the Remarks box below, then click on Ok and your withdrawal request will be sent.</w:t>
      </w:r>
    </w:p>
    <w:p>
      <w:pPr>
        <w:spacing w:after="120"/>
      </w:pPr>
      <w:r>
        <w:rPr>
          <w:i w:val="0"/>
        </w:rPr>
        <w:t>EDIS means Electronic Delivery Instruction Slip. Through this process, you can sell your holdings without submitting a POA or physical Delivery Instruction Slip to ProStocks. For the EDIS option, go to the Holdings report; in the top-right corner, you will find the E-DIS option. Thank you everyone for watching our video. Please stay tuned for our next video and do not forget to subscribe to our channel for more updates.</w:t>
      </w:r>
    </w:p>
    <w:p>
      <w:pPr>
        <w:pStyle w:val="Heading2"/>
        <w:spacing w:before="240" w:after="80"/>
      </w:pPr>
      <w:r>
        <w:rPr>
          <w:rFonts w:ascii="Calibri" w:hAnsi="Calibri"/>
          <w:color w:val="1F4E79"/>
          <w:sz w:val="25"/>
        </w:rPr>
        <w:t>1C. Short Description of What Is Shown on Screen (Step-by-Step Visual Walkthrough)</w:t>
      </w:r>
    </w:p>
    <w:p>
      <w:pPr>
        <w:pStyle w:val="ListBullet"/>
        <w:spacing w:after="60"/>
      </w:pPr>
      <w:r>
        <w:rPr>
          <w:b/>
        </w:rPr>
        <w:t xml:space="preserve">Opening &amp; Login: </w:t>
      </w:r>
      <w:r>
        <w:t>A black screen displays the ProStocks logo and www.prostocks.com, followed by a title card reading "ProStocks Star Web Application / प्रोस्टॉक्स स्टार वेब अॅप्लीकेशन". The ProStocks Star Web login screen appears with User ID "R0123" filled in; the user enters the password and DOB/PAN and clicks Login.</w:t>
      </w:r>
    </w:p>
    <w:p>
      <w:pPr>
        <w:pStyle w:val="ListBullet"/>
        <w:spacing w:after="60"/>
      </w:pPr>
      <w:r>
        <w:rPr>
          <w:b/>
        </w:rPr>
        <w:t xml:space="preserve">Dashboard &amp; Index Bar: </w:t>
      </w:r>
      <w:r>
        <w:t>The main workspace opens with the Market Watchlist on the left (showing scrips such as HDFCBANK-EQ, VOLTAS-EQ, CDSL-BE, TATAMOTORS-EQ, TATASTEEL-EQ, ACC-EQ, and TCS-EQ) and the Dashboard on the right. The user clicks "Nifty 50" on the top index bar, opening the "Select a Index" popup, and clicks the "+" icon next to "Nifty IT" to replace the first index.</w:t>
      </w:r>
    </w:p>
    <w:p>
      <w:pPr>
        <w:pStyle w:val="ListBullet"/>
        <w:spacing w:after="60"/>
      </w:pPr>
      <w:r>
        <w:rPr>
          <w:b/>
        </w:rPr>
        <w:t xml:space="preserve">Searching &amp; Adding Scrips: </w:t>
      </w:r>
      <w:r>
        <w:t>The user clicks the search box below the index bar, types "INFY", and clicks the "+" button next to "INFY-EQ" to add it to Watchlist 1. Next, the user types "36700" into the search box to display matching BANKNIFTY weekly/monthly Call and Put option contracts.</w:t>
      </w:r>
    </w:p>
    <w:p>
      <w:pPr>
        <w:pStyle w:val="ListBullet"/>
        <w:spacing w:after="60"/>
      </w:pPr>
      <w:r>
        <w:rPr>
          <w:b/>
        </w:rPr>
        <w:t xml:space="preserve">Grid View &amp; Market Watch Menu: </w:t>
      </w:r>
      <w:r>
        <w:t>After a title card reading "Market Watch / मार्केट वॉच", the user clicks the Grid View icon next to the search bar to switch the watchlist into a color-coded heatmap of red and green tiles, then clicks it again to return to the list view. Clicking the gear icon ("Show Menu") opens a dropdown showing Sort By options (Scrip Name, LTP, Perc. Change) and Choose MarketWatch options (Normal MW, PreDefined MW).</w:t>
      </w:r>
    </w:p>
    <w:p>
      <w:pPr>
        <w:pStyle w:val="ListBullet"/>
        <w:spacing w:after="60"/>
      </w:pPr>
      <w:r>
        <w:rPr>
          <w:b/>
        </w:rPr>
        <w:t xml:space="preserve">Watchlist Tabs &amp; Scrip Hover Actions: </w:t>
      </w:r>
      <w:r>
        <w:t>The cursor points to watchlist tabs 1 through 5 at the bottom of the left pane, then hovers over "INFY-EQ" to reveal six inline action buttons: B (Buy), S (Sell), Depth, Chart, Delete, and Show Menu (...).</w:t>
      </w:r>
    </w:p>
    <w:p>
      <w:pPr>
        <w:pStyle w:val="ListBullet"/>
        <w:spacing w:after="60"/>
      </w:pPr>
      <w:r>
        <w:rPr>
          <w:b/>
        </w:rPr>
        <w:t xml:space="preserve">Market Depth &amp; Chart: </w:t>
      </w:r>
      <w:r>
        <w:t>The user clicks the Depth icon on INFY-EQ, opening the "Depth / Technical" tab on the right with five-level bid/offer tables and price statistics. Next, the user clicks the Chart icon on INFY-EQ, opening an interactive candlestick chart in the "Chart" tab.</w:t>
      </w:r>
    </w:p>
    <w:p>
      <w:pPr>
        <w:pStyle w:val="ListBullet"/>
        <w:spacing w:after="60"/>
      </w:pPr>
      <w:r>
        <w:rPr>
          <w:b/>
        </w:rPr>
        <w:t xml:space="preserve">Scrip Show Menu (Info, Set Alert, Create GTT, Favorites, Option Chain): </w:t>
      </w:r>
      <w:r>
        <w:t>The user clicks the three-dots "Show Menu" icon on INFY-EQ and selects "Info" to open a modal with contract specifications for INFOSYS LIMITED. Selecting "Set Alert" opens the alert creation panel; selecting "Create GTT" opens the GTT order dialog; hovering over "Add to Favorite 1" and "Add to Favorite 2" highlights index pinning; and selecting "Option Chain" opens the Option Chain table for INFY-EQ.</w:t>
      </w:r>
    </w:p>
    <w:p>
      <w:pPr>
        <w:pStyle w:val="ListBullet"/>
        <w:spacing w:after="60"/>
      </w:pPr>
      <w:r>
        <w:rPr>
          <w:b/>
        </w:rPr>
        <w:t xml:space="preserve">Placing a Buy Order: </w:t>
      </w:r>
      <w:r>
        <w:t>After a title card reading "Order Placement / ऑर्डर प्लेसमेंट", the user clicks "B" (Buy) on INFY-EQ to open the green Buy order entry window. The user selects "Intraday", enters Qty "10" and Price "1665", clicks "More" to reveal DAY/IOC validity and Disc.Qty., clicks "Depth &gt;&gt;" to expand market depth inside the order window, clicks the refresh icon next to "Order Margin" to update required margin, and clicks "BUY".</w:t>
      </w:r>
    </w:p>
    <w:p>
      <w:pPr>
        <w:pStyle w:val="ListBullet"/>
        <w:spacing w:after="60"/>
      </w:pPr>
      <w:r>
        <w:rPr>
          <w:b/>
        </w:rPr>
        <w:t xml:space="preserve">Dashboard Overview: </w:t>
      </w:r>
      <w:r>
        <w:t>A title card reads "Dashboard / डॅशबोर्ड". On the Dashboard, the user hovers over the Margins, Orders, Positions, and Holdings summary sections, showing the "Go to Holdings" tooltip on the Holdings heading.</w:t>
      </w:r>
    </w:p>
    <w:p>
      <w:pPr>
        <w:pStyle w:val="ListBullet"/>
        <w:spacing w:after="60"/>
      </w:pPr>
      <w:r>
        <w:rPr>
          <w:b/>
        </w:rPr>
        <w:t xml:space="preserve">Orders Report (Open/Closed, GTT, TradeBook, Basket Order): </w:t>
      </w:r>
      <w:r>
        <w:t>After a title card reading "Order / ऑर्डर", the user clicks "Orders" in the top menu to view "Open Orders (3)" and "Closed Orders (6)", and clicks the three-dots icon on an open INFY-EQ order to show Modify, Cancel, Chart, Info., History, and Depth. The user then clicks across the sub-tabs "GTT(2)", "TradeBook(4)", and "Basket Order(2)".</w:t>
      </w:r>
    </w:p>
    <w:p>
      <w:pPr>
        <w:pStyle w:val="ListBullet"/>
        <w:spacing w:after="60"/>
      </w:pPr>
      <w:r>
        <w:rPr>
          <w:b/>
        </w:rPr>
        <w:t xml:space="preserve">Positions Report (Convert Position &amp; Multi-Position Exit): </w:t>
      </w:r>
      <w:r>
        <w:t>After a title card reading "Position / पोजीशन", the user clicks "Positions" in the top navigation bar to display open positions (ACC-EQ, HDFCBANK-EQ, TCS-EQ). The user clicks the three-dots menu on ACC-EQ, selects "Convert", and clicks "CONVERT POSITIONS" inside the "Position Convertion" popup to convert Qty 10 from Delivery to Intraday, then checks the boxes next to ACC-EQ and HDFCBANK-EQ to demonstrate exiting multiple positions via the "Exit" button.</w:t>
      </w:r>
    </w:p>
    <w:p>
      <w:pPr>
        <w:pStyle w:val="ListBullet"/>
        <w:spacing w:after="60"/>
      </w:pPr>
      <w:r>
        <w:rPr>
          <w:b/>
        </w:rPr>
        <w:t xml:space="preserve">Holdings, Margins, Markets &amp; BO Reports: </w:t>
      </w:r>
      <w:r>
        <w:t>The user clicks "Holdings" in the top menu to view demat holdings and P&amp;L, then clicks "Margins" to view Available Margin and Utilization Details, and clicks "Markets" to view Top Gainers, Top Losers, Active by Volume, and Active by Value. Clicking "BO Reports" opens the ProStocks Back Office dashboard in a new browser tab.</w:t>
      </w:r>
    </w:p>
    <w:p>
      <w:pPr>
        <w:pStyle w:val="ListBullet"/>
        <w:spacing w:after="60"/>
      </w:pPr>
      <w:r>
        <w:rPr>
          <w:b/>
        </w:rPr>
        <w:t xml:space="preserve">Profile &amp; Notifications: </w:t>
      </w:r>
      <w:r>
        <w:t>Returning to the web app, the user clicks the client ID "R0123" in the top bar to open the Profile page showing Security, Order Preference, Dark Theme, and Useful links. The user then clicks the bell icon in the top-right corner to view the Alerts / Pending Alerts panel.</w:t>
      </w:r>
    </w:p>
    <w:p>
      <w:pPr>
        <w:pStyle w:val="ListBullet"/>
        <w:spacing w:after="60"/>
      </w:pPr>
      <w:r>
        <w:rPr>
          <w:b/>
        </w:rPr>
        <w:t xml:space="preserve">Fund Pay-In (Add Funds) &amp; Fund Pay-Out (Withdraw): </w:t>
      </w:r>
      <w:r>
        <w:t>After a title card reading "Fund Pay-In &amp; Fund Pay-Out / फंड पे – इन और फंड पे – आउट", the user clicks "Add Funds" on the Dashboard, opening the "ProStocks Payment" page in a new tab, and toggles the Payment Method dropdown between "Net Banking" and "UPI". Returning to the Dashboard, the user clicks "Withdraw" to open the payout request screen, types "10000" into "Amount to payout :", and points to the "Ok" button.</w:t>
      </w:r>
    </w:p>
    <w:p>
      <w:pPr>
        <w:pStyle w:val="ListBullet"/>
        <w:spacing w:after="60"/>
      </w:pPr>
      <w:r>
        <w:rPr>
          <w:b/>
        </w:rPr>
        <w:t xml:space="preserve">EDIS (Electronic Delivery Instruction Slip) &amp; Closing: </w:t>
      </w:r>
      <w:r>
        <w:t>A title card reads "EDIS (Electronic Delivery Instruction Slip) / इलेक्ट्रॉनिक डिलिव्हरी इन्स्ट्रक्शन स्लिप". The user opens the "Holdings" tab and highlights the green "E-DIS" button in the top-right corner, followed by a closing "Thank You" screen with the ProStocks logo.</w:t>
      </w:r>
    </w:p>
    <w:p>
      <w:pPr>
        <w:pStyle w:val="Heading2"/>
        <w:spacing w:before="240" w:after="80"/>
      </w:pPr>
      <w:r>
        <w:rPr>
          <w:rFonts w:ascii="Calibri" w:hAnsi="Calibri"/>
          <w:color w:val="1F4E79"/>
          <w:sz w:val="25"/>
        </w:rPr>
        <w:t>1D. On-Screen Text That Matters (Spelled Exactly as Shown in the App)</w:t>
      </w:r>
    </w:p>
    <w:p>
      <w:pPr>
        <w:pStyle w:val="ListBullet"/>
        <w:spacing w:after="60"/>
      </w:pPr>
      <w:r>
        <w:rPr>
          <w:b/>
        </w:rPr>
        <w:t xml:space="preserve">Video Title Cards: </w:t>
      </w:r>
      <w:r>
        <w:t>ProStocks | www.prostocks.com | ProStocks Star Web Application | प्रोस्टॉक्स स्टार वेब अॅप्लीकेशन | Market Watch | मार्केट वॉच | Order Placement | ऑर्डर प्लेसमेंट | Dashboard | डॅशबोर्ड | Order | ऑर्डर | Position | पोजीशन | Fund Pay-In &amp; Fund Pay-Out | फंड पे – इन और फंड पे – आउट | EDIS (Electronic Delivery Instruction Slip) | इलेक्ट्रॉनिक डिलिव्हरी इन्स्ट्रक्शन स्लिप | Thank You</w:t>
      </w:r>
    </w:p>
    <w:p>
      <w:pPr>
        <w:pStyle w:val="ListBullet"/>
        <w:spacing w:after="60"/>
      </w:pPr>
      <w:r>
        <w:rPr>
          <w:b/>
        </w:rPr>
        <w:t xml:space="preserve">Login Screen: </w:t>
      </w:r>
      <w:r>
        <w:t>ProStocks | Star Web | User ID | PassWord | DOB/PAN | Login | Login with WPin | Forgot Password? | Need Help? | Sunlight Broking LLP | Attention Investors | Privacy Policy | Disclaimer | Management Policy and Procedure</w:t>
      </w:r>
    </w:p>
    <w:p>
      <w:pPr>
        <w:pStyle w:val="ListBullet"/>
        <w:spacing w:after="60"/>
      </w:pPr>
      <w:r>
        <w:rPr>
          <w:b/>
        </w:rPr>
        <w:t xml:space="preserve">Top Navigation Bar: </w:t>
      </w:r>
      <w:r>
        <w:t>ProStocks Star Web | Dashboard | Orders | Positions | Holdings | Margins | Markets | BO Reports | R0123</w:t>
      </w:r>
    </w:p>
    <w:p>
      <w:pPr>
        <w:pStyle w:val="ListBullet"/>
        <w:spacing w:after="60"/>
      </w:pPr>
      <w:r>
        <w:rPr>
          <w:b/>
        </w:rPr>
        <w:t xml:space="preserve">Market Watch &amp; Index Bar (Left Pane): </w:t>
      </w:r>
      <w:r>
        <w:t>Nifty 50 | BANKNIFTY | Nifty IT | Nifty Bank | Select a Index | NSE | HangSeng BeES-NAV | India VIX | Nifty Next 50 | Search eg:TCS, NIFTY W2, GOLDM MAR | Clear | Grid View | Show Menu | Sort By | AZ Scrip Name | A-Z | Z-A | ₹ LTP | L-H | H-L | % Perc. Change | Choose MarketWatch | MW Normal MW | MW PreDefined MW | 1 | 2 | 3 | 4 | 5</w:t>
      </w:r>
    </w:p>
    <w:p>
      <w:pPr>
        <w:pStyle w:val="ListBullet"/>
        <w:spacing w:after="60"/>
      </w:pPr>
      <w:r>
        <w:rPr>
          <w:b/>
        </w:rPr>
        <w:t xml:space="preserve">Scrip Hover Actions &amp; Show Menu: </w:t>
      </w:r>
      <w:r>
        <w:t>B (tooltip: Buy) | S (tooltip: Sell) | Depth | Chart | Delete | Show Menu | Info | Set Alert | Create GTT | Add to Favorite 1 | Add to Favorite 2 | Option Chain</w:t>
      </w:r>
    </w:p>
    <w:p>
      <w:pPr>
        <w:pStyle w:val="ListBullet"/>
        <w:spacing w:after="60"/>
      </w:pPr>
      <w:r>
        <w:rPr>
          <w:b/>
        </w:rPr>
        <w:t xml:space="preserve">Depth / Technical, Option Chain &amp; Chart Tabs: </w:t>
      </w:r>
      <w:r>
        <w:t>Depth / Technical | Option Chain | Chart | Buy | Sell | ORD | QTY | BID | OFFERS | LOW | HIGH | OPEN | PREV.CLOSE | TOT.BQ | TOT.SQ | VOL | AVG.PRICE | LTQ | LTT | LCL | UCL | 52 Wk Low | 52 Wk High | Expiry | CALL | PUT | OI (Lk) | LTP | Strike | Spot Price | 1m | Compare | Indicators</w:t>
      </w:r>
    </w:p>
    <w:p>
      <w:pPr>
        <w:pStyle w:val="ListBullet"/>
        <w:spacing w:after="60"/>
      </w:pPr>
      <w:r>
        <w:rPr>
          <w:b/>
        </w:rPr>
        <w:t xml:space="preserve">Scrip Info Modal: </w:t>
      </w:r>
      <w:r>
        <w:t>Company Name | Symbol Name | Segment | Expiry Date | Instrument Name | Strike Price | Option Type | ISIN | Tick Size | Lot Size | Price precision | Multiplier | gn/gd * pn/pd | Price Units | Price Quote Qty | Trade Units | Delivery Units | Freeze Qty | Gsm Ind | Elm Buy Margin | Additional Long Margin | Elm Sell Margin | Additional Short Margin | Special Long Margin | Delivery Margin | Special Short Margin | Tender Margin | Tender Start Date | Exercise Start Date | Tender End Date | Exercise End Date | Contract Token | Var Margin | Elm Margin | Exposure Margin</w:t>
      </w:r>
    </w:p>
    <w:p>
      <w:pPr>
        <w:pStyle w:val="ListBullet"/>
        <w:spacing w:after="60"/>
      </w:pPr>
      <w:r>
        <w:rPr>
          <w:b/>
        </w:rPr>
        <w:t xml:space="preserve">Set Alert &amp; Create GTT Modals: </w:t>
      </w:r>
      <w:r>
        <w:t>Set Alert | Search eg:TCS, NIFTY | Clear | Alert | Condition | Value | Remarks | LTP | Alerts(0) | Pending Alerts(1) | Search and select Scrip to add Alerts | Alerts(2) | Pending Alerts(2) | Buy | Intraday | Delivery | MARKET | LIMIT | SL | SLM | Qty | MLot :1 | Price | Tick : 0.05 | Normal Order | Create GTT | Cancel</w:t>
      </w:r>
    </w:p>
    <w:p>
      <w:pPr>
        <w:pStyle w:val="ListBullet"/>
        <w:spacing w:after="60"/>
      </w:pPr>
      <w:r>
        <w:rPr>
          <w:b/>
        </w:rPr>
        <w:t xml:space="preserve">Buy / Sell Order Entry Window: </w:t>
      </w:r>
      <w:r>
        <w:t>Buy | NSE | BSE | Intraday | Delivery | Cover | Bracket | Qty | MLot :1 | Price | Tick : 0.05 | More | Hide | Depth &gt;&gt; | Depth &lt;&lt; | LIMIT | MARKET | SL | SLM | AMO | DAY | IOC | Disc.Qty. | Remarks : RMS Success | Available : | Required : | Order Margin | Create GTT | BUY | Cancel</w:t>
      </w:r>
    </w:p>
    <w:p>
      <w:pPr>
        <w:pStyle w:val="ListBullet"/>
        <w:spacing w:after="60"/>
      </w:pPr>
      <w:r>
        <w:rPr>
          <w:b/>
        </w:rPr>
        <w:t xml:space="preserve">Dashboard Screen: </w:t>
      </w:r>
      <w:r>
        <w:t>Margins | Add Funds | Withdraw | Available Margin | Total Credits | Utilization | Orders | Pending | Closed | Rejected List | Positions | Open Positions | Total P&amp;L | Days MToM | Holdings | Total Investment | Current Value | P&amp;L | Go to Holdings</w:t>
      </w:r>
    </w:p>
    <w:p>
      <w:pPr>
        <w:pStyle w:val="ListBullet"/>
        <w:spacing w:after="60"/>
      </w:pPr>
      <w:r>
        <w:rPr>
          <w:b/>
        </w:rPr>
        <w:t xml:space="preserve">Orders Screen: </w:t>
      </w:r>
      <w:r>
        <w:t>Orders | GTT(0) / GTT(2) | TradeBook(4) | Basket Order(0) / Basket Order(2) | Open Orders (3) | Closed Orders (6) | Search | Instrument | Type | Product | Qty | Price | Avg.Price | Status | Time | Modify | Cancel | Chart | Info. | History | Depth | GTT Type | Contn. | Value | Trade Value | Create Basket | Basket Name | No of Items | Created on</w:t>
      </w:r>
    </w:p>
    <w:p>
      <w:pPr>
        <w:pStyle w:val="ListBullet"/>
        <w:spacing w:after="60"/>
      </w:pPr>
      <w:r>
        <w:rPr>
          <w:b/>
        </w:rPr>
        <w:t xml:space="preserve">Positions Screen &amp; Conversion Modal: </w:t>
      </w:r>
      <w:r>
        <w:t>Positions (3) | Days MToM | P&amp;L | Search | Exit | Instrument | Product | Qty | LTP | Add | Convert | Chart | Info. | Depth | Position Convertion | Delivery | Intraday | DAY | CF | Max Qty | CONVERT POSITIONS</w:t>
      </w:r>
    </w:p>
    <w:p>
      <w:pPr>
        <w:pStyle w:val="ListBullet"/>
        <w:spacing w:after="60"/>
      </w:pPr>
      <w:r>
        <w:rPr>
          <w:b/>
        </w:rPr>
        <w:t xml:space="preserve">Holdings Screen: </w:t>
      </w:r>
      <w:r>
        <w:t>Holdings (5) | Total Investment | Current Value | P&amp;L | E-DIS | Search | Instrument | Qty | Salable | Avg.Cost | Inv. Val. | LTP | Cur.Val</w:t>
      </w:r>
    </w:p>
    <w:p>
      <w:pPr>
        <w:pStyle w:val="ListBullet"/>
        <w:spacing w:after="60"/>
      </w:pPr>
      <w:r>
        <w:rPr>
          <w:b/>
        </w:rPr>
        <w:t xml:space="preserve">Margins Screen: </w:t>
      </w:r>
      <w:r>
        <w:t>Margins | Expand all | Available Margin | Add Funds | Withdraw | Total Credits : | Utilization : | MToM / Margin Percentage | Total Credits for Next Day | Utilization Details | Equity Intraday Margin | Equity Normal Margin | Equity Delivery Margin | Derivative Intraday Margin | Currency Intraday Margin | Currency CF Margin | Derivative CF Margin</w:t>
      </w:r>
    </w:p>
    <w:p>
      <w:pPr>
        <w:pStyle w:val="ListBullet"/>
        <w:spacing w:after="60"/>
      </w:pPr>
      <w:r>
        <w:rPr>
          <w:b/>
        </w:rPr>
        <w:t xml:space="preserve">Markets Screen: </w:t>
      </w:r>
      <w:r>
        <w:t>Market Overview | NSE | Top Gainers | Top Losers | Active by Volume | Active by Value | Symbol | Volume | Value (Lk) | Last | %Change</w:t>
      </w:r>
    </w:p>
    <w:p>
      <w:pPr>
        <w:pStyle w:val="ListBullet"/>
        <w:spacing w:after="60"/>
      </w:pPr>
      <w:r>
        <w:rPr>
          <w:b/>
        </w:rPr>
        <w:t xml:space="preserve">BO Reports (Back Office) Screen: </w:t>
      </w:r>
      <w:r>
        <w:t>CIRCULAR | RESEARCH REPORT | SEBI Complaint (SCORES) | Global Reports | Demat Stock | Family Wise Report | Rakshak | Daily Transaction | Notional Profit Loss | Financial Statement | Cash Global | Derivatives Global | Ultimate Delivery | Delivery + Shares Details | POA Margin Pledge Request | Family Portfolio | Family Financial Report | Margin Calculator | Bill Summary | Digital Contract | Daily Bill | Cash Tran. P/L | Deriv.Tran. P/L | Short + Long Term Capital | Global Tran. | Delivery Request | Derivative Net Outstanding | Family Cash Net Outstanding | Client Snap Shot | Initial Margin | Beneficiary Balance | Span Margin Breakup | Global Bill | Portfolio Position | Bill + Ledger | Dash Board | Margin Information | Payment Request | Portfolio Entries | Client Master | Delivery + Speculation Value | Min. Span margin</w:t>
      </w:r>
    </w:p>
    <w:p>
      <w:pPr>
        <w:pStyle w:val="ListBullet"/>
        <w:spacing w:after="60"/>
      </w:pPr>
      <w:r>
        <w:rPr>
          <w:b/>
        </w:rPr>
        <w:t xml:space="preserve">Profile (R0123) Screen: </w:t>
      </w:r>
      <w:r>
        <w:t>Logout | Security | Change Password | Set WPIN | Order Preference | Exchange Default values | Exchange | BSE | Product | Delivery | Order Types | LIMIT | Duration | EOS | Qty Preferences | Minimum Qty. | Set No.of Market Lots | Apply | Reset | Dark Theme | Useful links | User Manual | Video Tutorial | Refer and Earn | Brokerage Calculator | Blog | FAQ</w:t>
      </w:r>
    </w:p>
    <w:p>
      <w:pPr>
        <w:pStyle w:val="ListBullet"/>
        <w:spacing w:after="60"/>
      </w:pPr>
      <w:r>
        <w:rPr>
          <w:b/>
        </w:rPr>
        <w:t xml:space="preserve">Add Funds (ProStocks Payment) &amp; Withdraw Screens: </w:t>
      </w:r>
      <w:r>
        <w:t>ProStocks Payment | UPI Payment Gateway | Virtual UPI | Virtual Bank Account System | Client Code | PaYment Method / Payment Method | Net Banking | UPI | Bank Name | STATE BANK OF INDIA | Account No. | Virtual Payment Address (VPA) | Segment | NSE | Amount | Submit | Cancel | Account ID : R0123 | Max Payout Amount : | Amount to payout : | Remarks : | Remarks (Optional) | Ok</w:t>
      </w:r>
    </w:p>
    <w:p>
      <w:pPr>
        <w:pStyle w:val="Heading1"/>
        <w:spacing w:before="360" w:after="120"/>
      </w:pPr>
      <w:r>
        <w:rPr>
          <w:rFonts w:ascii="Calibri" w:hAnsi="Calibri"/>
          <w:color w:val="114B2B"/>
          <w:sz w:val="30"/>
        </w:rPr>
        <w:t>2. ProStocks Star Mobile Trading Application, English (https://www.youtube.com/watch?v=quyolALcYdI)</w:t>
      </w:r>
    </w:p>
    <w:p>
      <w:pPr>
        <w:pStyle w:val="Heading2"/>
        <w:spacing w:before="240" w:after="80"/>
      </w:pPr>
      <w:r>
        <w:rPr>
          <w:rFonts w:ascii="Calibri" w:hAnsi="Calibri"/>
          <w:color w:val="1F4E79"/>
          <w:sz w:val="25"/>
        </w:rPr>
        <w:t>2A. Full Spoken Transcript (English — Language Spoken)</w:t>
      </w:r>
    </w:p>
    <w:p>
      <w:pPr>
        <w:spacing w:after="120"/>
      </w:pPr>
      <w:r>
        <w:rPr>
          <w:i w:val="0"/>
        </w:rPr>
        <w:t>ProStocks has introduced a new trading platform called ProStocks Star. In this video, you will learn about the ProStocks Star Mobile Trading Application. So first, we will log in to our mobile application with Client ID, Password, and Date of Birth or PAN number.</w:t>
      </w:r>
    </w:p>
    <w:p>
      <w:pPr>
        <w:spacing w:after="120"/>
      </w:pPr>
      <w:r>
        <w:rPr>
          <w:i w:val="0"/>
        </w:rPr>
        <w:t>At the top of the screen, you will see the Alert option, Sorting option, Search option, and if you click on the three dots, in that you will get Change Index, Switch View, and Delete Scrips options. In Alerts, you can see Notifications and Pending Alerts. Through Sorting, you can sort your Market Watchlist as per Scrip Name, LTP, or Percentage Change. Through Search, you can search the scrip you want to trade and add that scrip in your Market Watchlist. With the Change Index option, you can select your choice of index which you want to add to the Index bar.</w:t>
      </w:r>
    </w:p>
    <w:p>
      <w:pPr>
        <w:spacing w:after="120"/>
      </w:pPr>
      <w:r>
        <w:rPr>
          <w:i w:val="0"/>
        </w:rPr>
        <w:t>Switch View will change the view of your Market Watchlist into Grid View. The scrip which is high will show in dark green color, the scrip which is a little bit high will show in light green color, the scrip which is low will show in red color, and the scrip which is drastically falling will show in dark red color. And through Delete Scrips, you can delete scrips from the watchlist. Below that, you will see the indices and their prices as well as changes in absolute and percentage terms. If you want to move a scrip up and down in the watchlist, then you need to press and hold on to the scrip and drag it upwards and downwards.</w:t>
      </w:r>
    </w:p>
    <w:p>
      <w:pPr>
        <w:spacing w:after="120"/>
      </w:pPr>
      <w:r>
        <w:rPr>
          <w:i w:val="0"/>
        </w:rPr>
        <w:t>Next, we will see how to add scrips in the Market Watchlist. In the ProStocks Star Mobile Application, five watchlists are available. If you want to change the name of your watchlist, then press and hold on to the number; it will give you the option to change the name. To add a scrip in your watchlist, go to the Search option and search the name of the scrip you want to add in your watchlist, then click on the plus sign and the scrip will get added to your watchlist.</w:t>
      </w:r>
    </w:p>
    <w:p>
      <w:pPr>
        <w:spacing w:after="120"/>
      </w:pPr>
      <w:r>
        <w:rPr>
          <w:i w:val="0"/>
        </w:rPr>
        <w:t>Next, we will see how to place an order. To place an order, click on a scrip which you want to trade. It will open the scrip details; click on Buy. At the top, you will see the indices, and below that, NSE and BSE prices of that scrip. If you click on the Settings icon, you will get an option to hide the Index bar and select the type of price difference in percentage terms or absolute terms. Then here, give the number of quantity and price. If you want to place a market order, then select Market and the system will take the price as zero, and your order will be placed at market price. Then select the product type—Delivery, Intraday, Cover Order, or Bracket Order. Then select validity—Day or IOC—and Disclosed Quantity. Giving Disclosed Quantity is optional, but if you want to give it, then the disclosed quantity cannot be less than 10% of the order quantity. Above the Buy button, you will see Available and Margin. In Available, it will show the available margin in your trading account, and in Margin, it will show the required margin for the order. If you click on the refresh sign, you can see the required margin. After filling all the information, swipe right on the Buy button and your order will get placed.</w:t>
      </w:r>
    </w:p>
    <w:p>
      <w:pPr>
        <w:spacing w:after="120"/>
      </w:pPr>
      <w:r>
        <w:rPr>
          <w:i w:val="0"/>
        </w:rPr>
        <w:t>To see the Market Depth of any scrip, click on that scrip. On this page, you will get different options. First is Market Depth. In Market Depth, you can see Bid and Offer prices and quantity, Today's High and Low, 52-Week High and Low, then Open price, Closing price, Volume, Average price, Last Traded Quantity and Time, and Lower and Upper Circuit Limits. In Futures, you can see the details of the future contract of that scrip. Also, you can select the expiry date from here, and if you click on View More, then you will be able to see the Market Depth of that future scrip. In Option Chain, you can see option contract details and you can select the expiry date from here. In Charts, you can see the chart of that scrip. In Alerts, you can create an alert for that scrip. If you want to place a GTT order for that scrip, you can place it from here. And through Favourite, you can add that scrip to the Index bar on the first or second position.</w:t>
      </w:r>
    </w:p>
    <w:p>
      <w:pPr>
        <w:spacing w:after="120"/>
      </w:pPr>
      <w:r>
        <w:rPr>
          <w:i w:val="0"/>
        </w:rPr>
        <w:t>The next option is Orders. In Orders, at the top you can see the Basket icon; from here you can create a basket and place basket orders. Beside Basket, there is a Sorting option to sort your reports as per Name, Product, Quantity, Price, and Time. Beside that is a Search option, and in the three dots you will get Multi Leg Order Book and Trade Book. Then below, in Pending, you can see your pending orders. In Executed, you can see completed, rejected, and canceled orders. In GTT, you can see your GTT orders.</w:t>
      </w:r>
    </w:p>
    <w:p>
      <w:pPr>
        <w:spacing w:after="120"/>
      </w:pPr>
      <w:r>
        <w:rPr>
          <w:i w:val="0"/>
        </w:rPr>
        <w:t>The next is Portfolio. In Portfolio, at the top you will get Sorting and Search options. Then you can see all your Positions and Holdings and their overall profit and loss. If you want to convert the position of a scrip from Intraday to Delivery or Delivery to Intraday, then click on that scrip and then click on Convert Positions. To square off multiple positions in one go, long-press on any position and select the positions to be squared off from the next window.</w:t>
      </w:r>
    </w:p>
    <w:p>
      <w:pPr>
        <w:spacing w:after="120"/>
      </w:pPr>
      <w:r>
        <w:rPr>
          <w:i w:val="0"/>
        </w:rPr>
        <w:t>In Profile, you will get options to see your Funds, Reports, to change the app theme (Dark Theme), Change Password, Set MPIN, select User Preference for the order window, and Logout.</w:t>
      </w:r>
    </w:p>
    <w:p>
      <w:pPr>
        <w:spacing w:after="120"/>
      </w:pPr>
      <w:r>
        <w:rPr>
          <w:i w:val="0"/>
        </w:rPr>
        <w:t>Now we will see how to add or withdraw funds. To add funds, go to the Profile option and then the Funds option. Click on Add Funds. In Add Funds, you will get two options—Net Banking and UPI. In Net Banking, there is no limit on the maximum amount, and Rs. 9 plus GST are the charges, and for HDFC and Yes Bank clients it is free. You can select up to 30 banks. Next, transferring funds through UPI is free and you can transfer up to Rs. 2 lakh in one go, and all the banks are available. Check your information like Client ID and Account Number, then put the amount and click on Submit. It will redirect you to your bank login page. There you have to confirm your transaction and wait for the transaction to get completed.</w:t>
      </w:r>
    </w:p>
    <w:p>
      <w:pPr>
        <w:spacing w:after="120"/>
      </w:pPr>
      <w:r>
        <w:rPr>
          <w:i w:val="0"/>
        </w:rPr>
        <w:t>To withdraw funds, you need to send a request from the Back Office. For that, go to Reports. If you have downloaded the Back Office application, then it will redirect you to that application, and if not, then it will take you to the Play Store to download the application. Then in Back Office, you need to go to the Payment Request option. Here you need to put the amount you want to withdraw, then select Payment Mode, and click on Save. Your request will get submitted.</w:t>
      </w:r>
    </w:p>
    <w:p>
      <w:pPr>
        <w:spacing w:after="120"/>
      </w:pPr>
      <w:r>
        <w:rPr>
          <w:i w:val="0"/>
        </w:rPr>
        <w:t>Next is EDIS. EDIS means Electronic Delivery Instruction Slip. With this, you can debit shares from your demat account and execute sell transactions without submitting a physical Delivery Instruction Slip or POA to ProStocks. For EDIS, go to Portfolio and then Holdings; at the top you can see the E-DIS option. Thank you everyone for watching our video, and please stay tuned for our next video, and do not forget to subscribe to our channel for more updates.</w:t>
      </w:r>
    </w:p>
    <w:p>
      <w:pPr>
        <w:pStyle w:val="Heading2"/>
        <w:spacing w:before="240" w:after="80"/>
      </w:pPr>
      <w:r>
        <w:rPr>
          <w:rFonts w:ascii="Calibri" w:hAnsi="Calibri"/>
          <w:color w:val="1F4E79"/>
          <w:sz w:val="25"/>
        </w:rPr>
        <w:t>2B. Short Description of What Is Shown on Screen (Step-by-Step Visual Walkthrough)</w:t>
      </w:r>
    </w:p>
    <w:p>
      <w:pPr>
        <w:pStyle w:val="ListBullet"/>
        <w:spacing w:after="60"/>
      </w:pPr>
      <w:r>
        <w:rPr>
          <w:b/>
        </w:rPr>
        <w:t xml:space="preserve">Opening &amp; Login: </w:t>
      </w:r>
      <w:r>
        <w:t>A black screen displays the ProStocks logo (www.prostocks.com) followed by a title card reading "ProStocks Star Mobile Trading Application". The "ProStocks Star" mobile login screen appears with Client Code "R0123", masked Password, and masked PAN/DOB entered, and the user taps Login.</w:t>
      </w:r>
    </w:p>
    <w:p>
      <w:pPr>
        <w:pStyle w:val="ListBullet"/>
        <w:spacing w:after="60"/>
      </w:pPr>
      <w:r>
        <w:rPr>
          <w:b/>
        </w:rPr>
        <w:t xml:space="preserve">Marketwatch Header Icons &amp; Menus: </w:t>
      </w:r>
      <w:r>
        <w:t>The app opens to the "Marketwatch" screen showing Nifty 50 and BANKNIFTY indices, watchlist tabs 1 to 5, and scrips (EXIDEIND-EQ, INFY-EQ, ACC-EQ, PIDILITIND-EQ, TCS-EQ). The user taps the three-dots icon in the top-right corner to show "Change Index", "Switch View", and "Delete Scrips", then taps the bell icon to open the "Alerts" screen (with "Notifications" and "Pending Alerts" tabs).</w:t>
      </w:r>
    </w:p>
    <w:p>
      <w:pPr>
        <w:pStyle w:val="ListBullet"/>
        <w:spacing w:after="60"/>
      </w:pPr>
      <w:r>
        <w:rPr>
          <w:b/>
        </w:rPr>
        <w:t xml:space="preserve">Sorting, Searching &amp; Changing Index: </w:t>
      </w:r>
      <w:r>
        <w:t>Returning to Marketwatch, the user taps the Sort icon to display the "Sort By" popup (Scrip Name, LTP, Perc. Change), then taps the Search icon and types "CDSL" to show matching scrips. Next, the user opens the three-dots menu and taps "Change Index", opening the "Select 2 Indices" dialog (showing NSE and BSE sections), expands "BSE", and selects "SENSEX".</w:t>
      </w:r>
    </w:p>
    <w:p>
      <w:pPr>
        <w:pStyle w:val="ListBullet"/>
        <w:spacing w:after="60"/>
      </w:pPr>
      <w:r>
        <w:rPr>
          <w:b/>
        </w:rPr>
        <w:t xml:space="preserve">Grid View (Heatmap), Deleting &amp; Reordering Scrips: </w:t>
      </w:r>
      <w:r>
        <w:t>The user opens the three-dots menu and taps "Switch View" to display the watchlist as a color-coded heatmap of red and green tiles, then switches back to the normal list view. After opening "Delete Scrips" to show the delete screen, the user presses and holds "PIDILITIND-EQ" in the watchlist and drags it downward to reorder the list.</w:t>
      </w:r>
    </w:p>
    <w:p>
      <w:pPr>
        <w:pStyle w:val="ListBullet"/>
        <w:spacing w:after="60"/>
      </w:pPr>
      <w:r>
        <w:rPr>
          <w:b/>
        </w:rPr>
        <w:t xml:space="preserve">Renaming a Watchlist &amp; Adding a Scrip: </w:t>
      </w:r>
      <w:r>
        <w:t>After a title card reading "How to add scrips in Market Watch List", the user long-presses watchlist tab "1", opening the "Watchlist name" popup with an "Update" button. The user then taps the Search icon, types "CDSL", and taps the "+" icon next to "CDSL-BE" to add it to the watchlist.</w:t>
      </w:r>
    </w:p>
    <w:p>
      <w:pPr>
        <w:pStyle w:val="ListBullet"/>
        <w:spacing w:after="60"/>
      </w:pPr>
      <w:r>
        <w:rPr>
          <w:b/>
        </w:rPr>
        <w:t xml:space="preserve">Placing a Buy Order: </w:t>
      </w:r>
      <w:r>
        <w:t>After a title card reading "How to Place an Order", the user taps "INFY-EQ" and taps "BUY" to open the order entry screen. The user taps the gear icon at the top right to display the settings popup ("Show Index" checkbox, "Perc. Change", "Price Diff.", and "Apply"), enters Quantity "10", selects "MARKET" under Price Type (setting Price to 0.0), taps the refresh icon between "Available" and "Margin" to update the required margin (from ₹ 1801.00 to ₹ 17220.02), and swipes right on the green "BUY" slider.</w:t>
      </w:r>
    </w:p>
    <w:p>
      <w:pPr>
        <w:pStyle w:val="ListBullet"/>
        <w:spacing w:after="60"/>
      </w:pPr>
      <w:r>
        <w:rPr>
          <w:b/>
        </w:rPr>
        <w:t xml:space="preserve">Market Depth, Futures, Option Chain, Charts, Alerts, GTT &amp; Favourite: </w:t>
      </w:r>
      <w:r>
        <w:t>After a title card reading "Market Depth", the user taps "INFY-EQ" in the watchlist to open its detail view and scrolls through the first tab (Market Depth) showing Bid/Offer levels, TBQ/TSQ bar, Today's H\L, 52 Week H\L, Open, Close, Vol, Avg.Price, LTQ, LTT, LCL, and UCL. The user then taps through the remaining six icon tabs below BUY/SELL: Futures (selecting expiry "26-AUG-2021" and tapping "View More" to open future contract depth), Option Chain (showing CALL and PUT columns across strikes), Charts (opening an interactive 1m candlestick chart), Set Alert (opening the "Set Alert" form), Create GTT (opening the GTT order screen with the "Create GTT" slider), and Add to favourite (opening the "Add to favourite" modal to pin INFY-EQ to the left or right index slot and tapping "Ok").</w:t>
      </w:r>
    </w:p>
    <w:p>
      <w:pPr>
        <w:pStyle w:val="ListBullet"/>
        <w:spacing w:after="60"/>
      </w:pPr>
      <w:r>
        <w:rPr>
          <w:b/>
        </w:rPr>
        <w:t xml:space="preserve">Orders Screen (Baskets, Sort, Multi Leg, Trade Book, Pending, Executed, GTT): </w:t>
      </w:r>
      <w:r>
        <w:t>After a title card reading "Orders", the Orders tab opens showing the "Pending" sub-tab. The user taps the cart icon at the top to view the "Baskets" screen, taps the Sort icon to show "Sort By" (Name, Product, Quantity, Price, Time), taps the three-dots icon to show "Multi Leg Order Book" and "Trade Book", and switches across the "Pending", "Executed", and "GTT" tabs.</w:t>
      </w:r>
    </w:p>
    <w:p>
      <w:pPr>
        <w:pStyle w:val="ListBullet"/>
        <w:spacing w:after="60"/>
      </w:pPr>
      <w:r>
        <w:rPr>
          <w:b/>
        </w:rPr>
        <w:t xml:space="preserve">Portfolio Screen (Holdings, Positions, Convert &amp; Multi-Exit): </w:t>
      </w:r>
      <w:r>
        <w:t>After a title card reading "Portfolio", the Portfolio tab opens on "Holdings" (showing TOTAL P&amp;L, Today's P&amp;L, Invested, Current, and holdings list) and switches to "Positions". The user taps "BHEL-EQ" and taps "Convert Positions" (opening the conversion dialog with "CONVERT POSITIONS"), then long-presses a position to open the multi-select "Exit Positions" screen with checkboxes and a red "Exit Position" button at the bottom.</w:t>
      </w:r>
    </w:p>
    <w:p>
      <w:pPr>
        <w:pStyle w:val="ListBullet"/>
        <w:spacing w:after="60"/>
      </w:pPr>
      <w:r>
        <w:rPr>
          <w:b/>
        </w:rPr>
        <w:t xml:space="preserve">Profile Menu: </w:t>
      </w:r>
      <w:r>
        <w:t>The user taps "R0123" in the bottom navigation bar to open the "Profile" screen, displaying the client ID/email and menu rows for Funds, Reports, Dark Theme, Change password, Set MPIN, User Preference, and Logout.</w:t>
      </w:r>
    </w:p>
    <w:p>
      <w:pPr>
        <w:pStyle w:val="ListBullet"/>
        <w:spacing w:after="60"/>
      </w:pPr>
      <w:r>
        <w:rPr>
          <w:b/>
        </w:rPr>
        <w:t xml:space="preserve">Adding &amp; Withdrawing Funds: </w:t>
      </w:r>
      <w:r>
        <w:t>After a title card reading "How to Add &amp; Withdraw Funds", the user taps "Funds" and "Add Funds", opening the "ProStocks Payment" page in the browser. The user taps the "PaYment Method" dropdown to show "Net Banking" and "UPI", enters Amount "1", and taps "Submit", which redirects to the "SBI" online banking login page. Next, the user taps "Reports" in Profile, launching the "ProStocks Mobile Back Office" app, taps "Payment Request", and views the "PAYMENT SELECTION" form with Request Amount, Mode Payment ("Cheque"), Bank Name, Account Number, Financial Balances, and the "Save" button.</w:t>
      </w:r>
    </w:p>
    <w:p>
      <w:pPr>
        <w:pStyle w:val="ListBullet"/>
        <w:spacing w:after="60"/>
      </w:pPr>
      <w:r>
        <w:rPr>
          <w:b/>
        </w:rPr>
        <w:t xml:space="preserve">EDIS &amp; Closing: </w:t>
      </w:r>
      <w:r>
        <w:t>After a title card reading "EDIS Electronic Delivery Instruction Slip", the user opens "Portfolio" -&gt; "Holdings" and highlights the "E-DIS" button in the top green bar, followed by a closing "Thank You" screen with the ProStocks logo.</w:t>
      </w:r>
    </w:p>
    <w:p>
      <w:pPr>
        <w:pStyle w:val="Heading2"/>
        <w:spacing w:before="240" w:after="80"/>
      </w:pPr>
      <w:r>
        <w:rPr>
          <w:rFonts w:ascii="Calibri" w:hAnsi="Calibri"/>
          <w:color w:val="1F4E79"/>
          <w:sz w:val="25"/>
        </w:rPr>
        <w:t>2C. On-Screen Text That Matters (Spelled Exactly as Shown in the App)</w:t>
      </w:r>
    </w:p>
    <w:p>
      <w:pPr>
        <w:pStyle w:val="ListBullet"/>
        <w:spacing w:after="60"/>
      </w:pPr>
      <w:r>
        <w:rPr>
          <w:b/>
        </w:rPr>
        <w:t xml:space="preserve">Video Title Cards: </w:t>
      </w:r>
      <w:r>
        <w:t>ProStocks | www.prostocks.com | ProStocks Star Mobile Trading Application | How to add scrips in Market Watch List | How to Place an Order | Market Depth | Orders | Portfolio | How to Add &amp; Withdraw Funds | EDIS Electronic Delivery Instruction Slip | Thank You</w:t>
      </w:r>
    </w:p>
    <w:p>
      <w:pPr>
        <w:pStyle w:val="ListBullet"/>
        <w:spacing w:after="60"/>
      </w:pPr>
      <w:r>
        <w:rPr>
          <w:b/>
        </w:rPr>
        <w:t xml:space="preserve">Login Screen: </w:t>
      </w:r>
      <w:r>
        <w:t>ProStocks Star | Client Code | R0123 | Password | PAN/DOB | Login | Login with pin | Forgot Password? | Privacy Policy</w:t>
      </w:r>
    </w:p>
    <w:p>
      <w:pPr>
        <w:pStyle w:val="ListBullet"/>
        <w:spacing w:after="60"/>
      </w:pPr>
      <w:r>
        <w:rPr>
          <w:b/>
        </w:rPr>
        <w:t xml:space="preserve">Bottom Navigation Bar: </w:t>
      </w:r>
      <w:r>
        <w:t>WatchList | Orders | Portfolio | R0123 | More</w:t>
      </w:r>
    </w:p>
    <w:p>
      <w:pPr>
        <w:pStyle w:val="ListBullet"/>
        <w:spacing w:after="60"/>
      </w:pPr>
      <w:r>
        <w:rPr>
          <w:b/>
        </w:rPr>
        <w:t xml:space="preserve">Marketwatch Screen &amp; Top Menus: </w:t>
      </w:r>
      <w:r>
        <w:t>Marketwatch | Nifty 50 | BANKNIFTY | SENSEX | 1 | 2 | 3 | 4 | 5 | Alerts | Notifications | Pending Alerts | Sort By | ↑ Scrip Name | ↑ LTP | ↑ Perc. Change | Search Here | Clear | Change Index | Switch View | Delete Scrips | Select 2 Indices | NSE | BSE | BSE100 | BSE200 | BSE500 | BSE CG | Watchlist name | Update</w:t>
      </w:r>
    </w:p>
    <w:p>
      <w:pPr>
        <w:pStyle w:val="ListBullet"/>
        <w:spacing w:after="60"/>
      </w:pPr>
      <w:r>
        <w:rPr>
          <w:b/>
        </w:rPr>
        <w:t xml:space="preserve">Buy / Sell Order Screen &amp; Settings Popup: </w:t>
      </w:r>
      <w:r>
        <w:t>NSE | BSE | Show Index | Show | Perc. Change | Price Diff. | Apply | Quantity | Mlot : 1 | Price | Tick : 0.05 | Product | Delivery | Intraday | Cover | Bracket | Price Type | LIMIT | MARKET | SL | SLM | Validity | DAY | IOC | Disc Qty. | AMO | Available: | Margin: | BUY</w:t>
      </w:r>
    </w:p>
    <w:p>
      <w:pPr>
        <w:pStyle w:val="ListBullet"/>
        <w:spacing w:after="60"/>
      </w:pPr>
      <w:r>
        <w:rPr>
          <w:b/>
        </w:rPr>
        <w:t xml:space="preserve">Scrip Details (Market Depth, Futures, Option Chain, Charts, Alert, GTT, Favourite): </w:t>
      </w:r>
      <w:r>
        <w:t>BUY | SELL | Bid | Ords | Qty | Offers | TBQ | TSQ | Today's H\L | 52 Week H\L | Open | Close | Vol | Avg.Price | LTQ | LTT | LCL | UCL | Expiry | View More | CALL | PUT | OI (lakhs) | LTP | Strike | Spot Price | Charts | 1m | Indicators | Date Range | Set Alert | Alert | Condition | Value * | Remarks | Create GTT | Add to favourite | Select Scrip Index Position | Keep Scrip Index at Left Side | Keep Scrip Index at Right Side | Ok</w:t>
      </w:r>
    </w:p>
    <w:p>
      <w:pPr>
        <w:pStyle w:val="ListBullet"/>
        <w:spacing w:after="60"/>
      </w:pPr>
      <w:r>
        <w:rPr>
          <w:b/>
        </w:rPr>
        <w:t xml:space="preserve">Orders &amp; Baskets Screens: </w:t>
      </w:r>
      <w:r>
        <w:t>Orders | Pending | Executed | GTT | Baskets | Sort By | ↑ Name | ↑ Product | ↑ Quantity | ↑ Price | ↑ Time | Multi Leg Order Book | Trade Book | OPEN | COMPLETE | REJECTED</w:t>
      </w:r>
    </w:p>
    <w:p>
      <w:pPr>
        <w:pStyle w:val="ListBullet"/>
        <w:spacing w:after="60"/>
      </w:pPr>
      <w:r>
        <w:rPr>
          <w:b/>
        </w:rPr>
        <w:t xml:space="preserve">Portfolio, Convert Positions &amp; Exit Positions Screens: </w:t>
      </w:r>
      <w:r>
        <w:t>Portfolio | Positions | Holdings | E-DIS | TOTAL P&amp;L | Today's P&amp;L | Invested | Current | MTM | P&amp;L | TOTAL MTM | Market Depth | ADD | EXIT | Price : | Net Qty : | Convert Positions | Delivery | Intraday | DAY | CF | Max Qty | Qty | CONVERT POSITIONS | Exit Positions | Exit Position</w:t>
      </w:r>
    </w:p>
    <w:p>
      <w:pPr>
        <w:pStyle w:val="ListBullet"/>
        <w:spacing w:after="60"/>
      </w:pPr>
      <w:r>
        <w:rPr>
          <w:b/>
        </w:rPr>
        <w:t xml:space="preserve">Profile &amp; Funds Screens: </w:t>
      </w:r>
      <w:r>
        <w:t>Profile | R0123 | Funds | Reports | Dark Theme | Change password | Set MPIN | User Preference | Logout | Margin available | Opening balance | Margin used | Add Funds | Available Cash | Payin | SPAN | Realized Profit | Unrealized Profit | Exposure | Adhoc Margin | Stock Collateral</w:t>
      </w:r>
    </w:p>
    <w:p>
      <w:pPr>
        <w:pStyle w:val="ListBullet"/>
        <w:spacing w:after="60"/>
      </w:pPr>
      <w:r>
        <w:rPr>
          <w:b/>
        </w:rPr>
        <w:t xml:space="preserve">ProStocks Payment, Bank Login &amp; Mobile Back Office Screens: </w:t>
      </w:r>
      <w:r>
        <w:t>ProStocks Payment | Client Code | PaYment Method | Net Banking | UPI | Bank Name | STATE BANK OF INDIA | Account No. | Segment | NSE | Amount | Submit | Cancel | SBI | LOGIN | Personal Banking | Corporate Banking / yono BUSINESS | User Name * | Password * | RESET | ProStocks Mobile Back Office | Client Snap Shot | Global Cash Net Outstanding | Global Derivative Net Outstanding | Payment Request | Digital Contract | Tender Offer Request | PAYMENT SELECTION | PAYMENT STATUS | Request Amount | Mode Payment | Cheque | UNION BANK OF INDIA | Account Number | Financial Balance | Financial Balance T(I) | Financial Balance T(II) | Save | Refresh</w:t>
      </w:r>
    </w:p>
    <w:p>
      <w:pPr>
        <w:pStyle w:val="Heading1"/>
        <w:spacing w:before="360" w:after="120"/>
      </w:pPr>
      <w:r>
        <w:rPr>
          <w:rFonts w:ascii="Calibri" w:hAnsi="Calibri"/>
          <w:color w:val="114B2B"/>
          <w:sz w:val="30"/>
        </w:rPr>
        <w:t>3. ProStocks Star Mobile Trading Application, Hindi (https://www.youtube.com/watch?v=r_bw1ofHrzc)</w:t>
      </w:r>
    </w:p>
    <w:p>
      <w:pPr>
        <w:pStyle w:val="Heading2"/>
        <w:spacing w:before="240" w:after="80"/>
      </w:pPr>
      <w:r>
        <w:rPr>
          <w:rFonts w:ascii="Calibri" w:hAnsi="Calibri"/>
          <w:color w:val="1F4E79"/>
          <w:sz w:val="25"/>
        </w:rPr>
        <w:t>3A. Full Spoken Transcript (Hindi — Language Spoken)</w:t>
      </w:r>
    </w:p>
    <w:p>
      <w:pPr>
        <w:spacing w:after="120"/>
      </w:pPr>
      <w:r>
        <w:rPr>
          <w:i w:val="0"/>
        </w:rPr>
        <w:t>इस वीडियो में हम सीखेंगे प्रोस्टॉक्स स्टार मोबाइल एप्लीकेशन को कैसे यूज करना है। सबसे पहले हम प्रोस्टॉक्स स्टार मोबाइल ट्रेडिंग एप्लीकेशन में लॉग इन करेंगे। लॉग इन करने के बाद मेन स्क्रीन पर सबसे ऊपर आपको अलर्ट्स, सॉर्टिंग एंड सर्च ऑप्शन दिखेंगे, और अगर आप थ्री डॉट्स पर क्लिक करते हो तो आपको चेंज इंडेक्स, स्विच व्यू एंड डिलीट स्क्रिप्ट्स के ऑप्शंस दिखेंगे।</w:t>
      </w:r>
    </w:p>
    <w:p>
      <w:pPr>
        <w:spacing w:after="120"/>
      </w:pPr>
      <w:r>
        <w:rPr>
          <w:i w:val="0"/>
        </w:rPr>
        <w:t>अलर्ट्स में आपको नोटिफिकेशंस और पेंडिंग अलर्ट्स दिखेंगे। सॉर्टिंग ऑप्शन की मदद से आप आपकी मार्केट वॉचलिस्ट सॉर्ट कर सकते हो। सर्च ऑप्शन से आप स्क्रिप्ट्स सर्च करके उन्हें मार्केट वॉचलिस्ट में ऐड कर सकते हो। चेंज इंडेक्स ऑप्शन से आप इंडेक्स इंडिसेज बार में ऐड कर सकते हो। स्विच व्यू मतलब हीटमैप। इससे मार्केट वॉचलिस्ट ग्रिड व्यू में चेंज कर सकते हो। हीटमैप में जिस स्क्रिप्ट की वैल्यू बढ़ रही है वह लाइट ग्रीन कलर में दिखेगी, जिस स्क्रिप्ट की वैल्यू बहुत ज्यादा बढ़ रही है वह डार्क ग्रीन कलर में दिखेगी, जिस स्क्रिप्ट की वैल्यू कम हो रही है वह लाइट रेड कलर में दिखेगी, और जिस स्क्रिप्ट की वैल्यू बहुत ज्यादा कम हो रही है वह डार्क रेड कलर में दिखेगी। और अगर आपको कोई भी स्क्रिप्ट वॉचलिस्ट से डिलीट करनी हो, तो आप डिलीट स्क्रिप्ट्स ऑप्शन से कर सकते हो। उसके बाद आपको नीचे इंडिसेज और उनकी वैल्यूज दिखेंगी। अगर आपको स्क्रिप्ट को ऊपर-नीचे मूव करना है, तो आप स्क्रिप्ट पर होल्ड करें और उसे ऊपर-नीचे ड्रैग करें।</w:t>
      </w:r>
    </w:p>
    <w:p>
      <w:pPr>
        <w:spacing w:after="120"/>
      </w:pPr>
      <w:r>
        <w:rPr>
          <w:i w:val="0"/>
        </w:rPr>
        <w:t>नेक्स्ट हम देखेंगे स्क्रिप्ट्स को वॉचलिस्ट में कैसे ऐड करें। प्रोस्टॉक्स स्टार मोबाइल एप्लीकेशन में पांच वॉचलिस्ट पहले से ही अवेलेबल हैं। अगर आपको किसी भी वॉचलिस्ट का नेम चेंज करना है, तो आपको इस नंबर पर क्लिक करके होल्ड करना है, और यहां से आप आपकी वॉचलिस्ट का नाम चेंज कर सकते हो। स्क्रिप्ट को वॉचलिस्ट में ऐड करने के लिए सर्च ऑप्शन में जाइए और आपकी स्क्रिप्ट का नाम सर्च कीजिए, फिर ऐड साइन पर क्लिक कीजिए; आपकी स्क्रिप्ट मार्केट वॉचलिस्ट में ऐड हो जाएगी।</w:t>
      </w:r>
    </w:p>
    <w:p>
      <w:pPr>
        <w:spacing w:after="120"/>
      </w:pPr>
      <w:r>
        <w:rPr>
          <w:i w:val="0"/>
        </w:rPr>
        <w:t>नेक्स्ट हम देखेंगे कि ऑर्डर कैसे प्लेस करें। ऑर्डर प्लेस करने के लिए जिस स्क्रिप्ट में ऑर्डर प्लेस करना चाहते हो उस पर क्लिक कीजिए और बाय पर क्लिक कीजिए। यहां ऊपर आपको इंडिसेज और उसके नीचे आपको उस स्क्रिप्ट की एनएसई और बीएसई की प्राइसेज दिखेंगी। सेटिंग्स में आपको इंडेक्स बार हाइड करने के लिए और प्राइस डिफरेंस का टाइप सिलेक्ट करने के लिए ऑप्शंस मिलेंगे। फिर यहां आपको क्वांटिटी और प्राइस फिल करनी है। मैंने यहां मार्केट ऑर्डर सिलेक्ट किया है। फिर आपको प्रोडक्ट टाइप सिलेक्ट करना है—डिलीवरी, इंट्राडे, कवर ऑर्डर और ब्रैकेट ऑर्डर। फिर वैलिडिटी सिलेक्ट कीजिए—डे और आईओसी—और डिस्क्लोज्ड क्वांटिटी फिल कीजिए। यहां आप आपके अकाउंट में कितना मार्जिन अवेलेबल है वह देख सकते हो, और मार्जिन में ऑर्डर प्लेस करने के लिए कितना मार्जिन लगेगा वह देख सकते हो; उसके लिए रिफ्रेश साइन पर क्लिक कीजिए। फिर बाय बटन को राइट साइड स्वाइप कीजिए, आपकी ऑर्डर प्लेस हो जाएगी।</w:t>
      </w:r>
    </w:p>
    <w:p>
      <w:pPr>
        <w:spacing w:after="120"/>
      </w:pPr>
      <w:r>
        <w:rPr>
          <w:i w:val="0"/>
        </w:rPr>
        <w:t>नेक्स्ट हम देखेंगे मार्केट डेप्थ। मार्केट डेप्थ देखने के लिए आपको स्क्रिप्ट पर क्लिक करना है। यहां आपको डिफरेंट ऑप्शंस मिलेंगे। पहला ऑप्शन है मार्केट डेप्थ। इसमें आपको उस स्क्रिप्ट की बिड और ऑफर प्राइस एंड क्वांटिटी, टुडेज एंड 52-वीक हाई एंड लो प्राइसेज, ओपन एंड क्लोज प्राइसेज, वॉल्यूम एंड एवरेज प्राइस, लास्ट ट्रेडेड क्वांटिटी एंड टाइम, और लोअर सर्किट लिमिट एंड अपर सर्किट लिमिट जैसी इनफॉर्मेशन मिलेगी। फ्यूचर्स में आप उस स्क्रिप्ट के फ्यूचर कॉन्ट्रैक्ट की डिटेल्स देख सकते हो। अगर आपको एक्सपायरी डेट चेंज करनी है, तो आप यहां से डेट सिलेक्ट कर सकते हो, और व्यू मोर से आप उस फ्यूचर स्क्रिप्ट की मार्केट डेप्थ देख सकते हो। ऑप्शन चेन में आपको ऑप्शन कॉन्ट्रैक्ट डिटेल्स मिलेंगी और यहां से आप एक्सपायरी डेट भी सिलेक्ट कर सकते हो। चार्ट्स में आप उस स्क्रिप्ट का चार्ट देख सकते हो। अलर्ट्स ऑप्शन से आप उस स्क्रिप्ट के लिए अलर्ट क्रिएट कर सकते हो। अगर आपको उस स्क्रिप्ट के लिए जीटीटी ऑर्डर प्लेस करनी है, तो आप यहां से कर सकते हो। और फेवरेट ऑप्शन से आप आपकी स्क्रिप्ट को इंडिसेज बार में ऐड कर सकते हो।</w:t>
      </w:r>
    </w:p>
    <w:p>
      <w:pPr>
        <w:spacing w:after="120"/>
      </w:pPr>
      <w:r>
        <w:rPr>
          <w:i w:val="0"/>
        </w:rPr>
        <w:t>नेक्स्ट ऑप्शन है ऑर्डर्स। ऑर्डर्स ऑप्शन में सबसे ऊपर आपको बास्केट आइकॉन दिखेगा; यहां से आप बास्केट क्रिएट करके बास्केट ऑर्डर प्लेस कर सकते हो। उसके बाद आपको सॉर्टिंग का ऑप्शन दिखेगा; इससे आप आपकी रिपोर्ट सॉर्ट कर सकते हो। सॉर्टिंग के बाद आपको सर्च ऑप्शन मिलेगा, और थ्री डॉट्स में आपको मल्टी लेग ऑर्डर बुक और ट्रेड बुक का ऑप्शन मिलेगा। पेंडिंग में आप आपके पेंडिंग और एएमओ ऑर्डर्स देख सकते हो। एग्जीक्यूटेड में आपको आपकी कंप्लीटेड ऑर्डर्स, रिजेक्टेड ऑर्डर्स और कैंसल्ड ऑर्डर्स दिखेंगी। जीटीटी में आपको आपकी जीटीटी ऑर्डर्स दिखेंगी।</w:t>
      </w:r>
    </w:p>
    <w:p>
      <w:pPr>
        <w:spacing w:after="120"/>
      </w:pPr>
      <w:r>
        <w:rPr>
          <w:i w:val="0"/>
        </w:rPr>
        <w:t>नेक्स्ट ऑप्शन है पोर्टफोलियो। पोर्टफोलियो में आपको आपकी पोजीशंस और होल्डिंग्स और ओवरऑल प्रॉफिट एंड लॉस दिखेगा। अगर आपको आपकी पोजीशंस इंट्राडे से डिलीवरी या डिलीवरी से इंट्राडे में कन्वर्ट करनी है, तो आप पोजीशन रिपोर्ट से कर सकते हो। उसके लिए जिस पोजीशन को कन्वर्ट करना है उस पर क्लिक कीजिए और कन्वर्ट पोजीशन पर क्लिक कीजिए। अगर आपको मल्टीपल पोजीशन को एक साथ स्क्वायर ऑफ करना है, तो आपकी पोजीशन पर लॉन्ग प्रेस करें, आपकी पोजीशंस सिलेक्ट करें और एग्जिट पोजीशन पर क्लिक करें।</w:t>
      </w:r>
    </w:p>
    <w:p>
      <w:pPr>
        <w:spacing w:after="120"/>
      </w:pPr>
      <w:r>
        <w:rPr>
          <w:i w:val="0"/>
        </w:rPr>
        <w:t>प्रोफाइल में आपको फंड्स, रिपोर्ट्स, डार्क थीम, चेंज पासवर्ड, सेट एमपिन, यूजर प्रेफरेंस और लॉगआउट जैसे ऑप्शंस मिलेंगे। अब हम देखेंगे फंड्स को ऐड और विड्रॉ कैसे करें। फंड्स को ऐड करने के लिए प्रोफाइल में फंड्स में जाइए और ऐड फंड्स पर क्लिक कीजिए। यहां आपको दो ऑप्शंस मिलेंगे—नेट बैंकिंग और यूपीआई। नेट बैंकिंग में मैक्सिमम अमाउंट ट्रांसफर करने के लिए कोई लिमिट नहीं है, और रुपीस 9 प्लस जीएसटी चार्जेस आपको पे करने होंगे। एचडीएफसी और यस बैंक के क्लाइंट्स के लिए यह फ्री है। यूपीआई से फंड्स ट्रांसफर करने के लिए कोई भी चार्ज नहीं है, और आप एक साथ 2 लाख तक की अमाउंट ट्रांसफर कर सकते हो।</w:t>
      </w:r>
    </w:p>
    <w:p>
      <w:pPr>
        <w:spacing w:after="120"/>
      </w:pPr>
      <w:r>
        <w:rPr>
          <w:i w:val="0"/>
        </w:rPr>
        <w:t>फंड्स विड्रॉ करने के लिए आपको बैक ऑफिस से रिक्वेस्ट सेंड करनी होगी। उसके लिए रिपोर्ट्स पर क्लिक कीजिए; यहां से आपका बैक ऑफिस एप्लीकेशन ओपन होगा। फिर आपको बैक ऑफिस में पेमेंट रिक्वेस्ट ऑप्शन में जाना है। यहां आपको आपकी रिक्वेस्ट अमाउंट और मोड ऑफ पेमेंट सिलेक्ट करना है और सेव पर क्लिक करना है; आपकी विड्रॉ रिक्वेस्ट सेंड हो जाएगी।</w:t>
      </w:r>
    </w:p>
    <w:p>
      <w:pPr>
        <w:spacing w:after="120"/>
      </w:pPr>
      <w:r>
        <w:rPr>
          <w:i w:val="0"/>
        </w:rPr>
        <w:t>नेक्स्ट हम देखेंगे ईडीआईएस ऑप्शन। ईडीआईएस मतलब इलेक्ट्रॉनिक डिलीवरी इंस्ट्रक्शन स्लिप। इस प्रोसेस से आप आपकी होल्डिंग्स पीओए और डिलीवरी इंस्ट्रक्शन स्लिप प्रोस्टॉक्स को सबमिट किए बिना सेल कर सकते हो। ईडीआईएस ऑप्शन के लिए पोर्टफोलियो में होल्डिंग्स रिपोर्ट में जाइए; यहां ऊपर आपको ई-डीआईएस ऑप्शन मिल जाएगा। थैंक यू एवरीवन फॉर वाचिंग आवर वीडियो। प्लीज स्टे ट्यून्ड एंड सब्सक्राइब आवर चैनल फॉर मोर अपडेट्स।</w:t>
      </w:r>
    </w:p>
    <w:p>
      <w:pPr>
        <w:pStyle w:val="Heading2"/>
        <w:spacing w:before="240" w:after="80"/>
      </w:pPr>
      <w:r>
        <w:rPr>
          <w:rFonts w:ascii="Calibri" w:hAnsi="Calibri"/>
          <w:color w:val="1F4E79"/>
          <w:sz w:val="25"/>
        </w:rPr>
        <w:t>3B. Short Description of What Is Shown on Screen (Step-by-Step Visual Walkthrough)</w:t>
      </w:r>
    </w:p>
    <w:p>
      <w:pPr>
        <w:pStyle w:val="ListBullet"/>
        <w:spacing w:after="60"/>
      </w:pPr>
      <w:r>
        <w:rPr>
          <w:b/>
        </w:rPr>
        <w:t xml:space="preserve">Opening &amp; Login: </w:t>
      </w:r>
      <w:r>
        <w:t>A black screen displays the ProStocks logo (www.prostocks.com), followed by a Hindi title card reading "प्रोस्टॉक्स स्टार मोबाइल अॅप्लीकेशन". The "ProStocks Star" login screen appears briefly, and the app opens to the "Marketwatch" screen.</w:t>
      </w:r>
    </w:p>
    <w:p>
      <w:pPr>
        <w:pStyle w:val="ListBullet"/>
        <w:spacing w:after="60"/>
      </w:pPr>
      <w:r>
        <w:rPr>
          <w:b/>
        </w:rPr>
        <w:t xml:space="preserve">Marketwatch Header Icons &amp; Menus: </w:t>
      </w:r>
      <w:r>
        <w:t>On the Marketwatch screen, the user taps the three-dots menu in the top-right corner to show "Change Index", "Switch View", and "Delete Scrips". Next, the user taps the bell icon to open the "Alerts" screen (showing "Notifications" and "Pending Alerts"), taps the Sort icon to display the "Sort By" popup (Scrip Name, LTP, Perc. Change), and taps the Search icon to search for "CDSL".</w:t>
      </w:r>
    </w:p>
    <w:p>
      <w:pPr>
        <w:pStyle w:val="ListBullet"/>
        <w:spacing w:after="60"/>
      </w:pPr>
      <w:r>
        <w:rPr>
          <w:b/>
        </w:rPr>
        <w:t xml:space="preserve">Changing Index, Grid View (Heatmap), Deleting &amp; Reordering Scrips: </w:t>
      </w:r>
      <w:r>
        <w:t>The user opens the three-dots menu, taps "Change Index" to open "Select 2 Indices", expands "BSE", and adds "SENSEX". Next, the user taps "Switch View" to change the watchlist into a color-coded heatmap of red and green tiles, switches back to list view, opens "Delete Scrips", and then long-presses "PIDILITIND-EQ" to drag it downward in the watchlist.</w:t>
      </w:r>
    </w:p>
    <w:p>
      <w:pPr>
        <w:pStyle w:val="ListBullet"/>
        <w:spacing w:after="60"/>
      </w:pPr>
      <w:r>
        <w:rPr>
          <w:b/>
        </w:rPr>
        <w:t xml:space="preserve">Renaming a Watchlist &amp; Adding a Scrip: </w:t>
      </w:r>
      <w:r>
        <w:t>After a Hindi title card reading "मार्केट वॉच", the user long-presses watchlist tab "1" to open the "Watchlist name" popup with an "Update" button. The user then taps the Search icon, types "CDSL", and taps the "+" button next to "CDSL-BE" to add it to the watchlist.</w:t>
      </w:r>
    </w:p>
    <w:p>
      <w:pPr>
        <w:pStyle w:val="ListBullet"/>
        <w:spacing w:after="60"/>
      </w:pPr>
      <w:r>
        <w:rPr>
          <w:b/>
        </w:rPr>
        <w:t xml:space="preserve">Placing a Buy Order: </w:t>
      </w:r>
      <w:r>
        <w:t>After a Hindi title card reading "ऑर्डर प्लेसमेंट", the user taps "INFY-EQ" and taps "BUY" to open the order entry screen. The user opens the top-right gear icon settings popup ("Show Index", "Perc. Change", "Price Diff.", "Apply"), enters Quantity "10", selects "MARKET" under Price Type, taps the refresh icon next to "Margin" to update the required margin (from ₹ 1801.00 to ₹ 17220.02), and swipes right on the green "BUY" slider.</w:t>
      </w:r>
    </w:p>
    <w:p>
      <w:pPr>
        <w:pStyle w:val="ListBullet"/>
        <w:spacing w:after="60"/>
      </w:pPr>
      <w:r>
        <w:rPr>
          <w:b/>
        </w:rPr>
        <w:t xml:space="preserve">Market Depth, Futures, Option Chain, Charts, Alerts, GTT &amp; Favourite: </w:t>
      </w:r>
      <w:r>
        <w:t>After a Hindi title card reading "मार्केट डेप्थ", the user taps "INFY-EQ" to open its Market Depth screen (highlighting Bid/Offer tables, TBQ/TSQ, Today's H\L, 52 Week H\L, Open/Close, Vol, Avg.Price, LTQ/LTT, and LCL/UCL). The user then taps through the remaining six icon tabs: Futures (selecting expiry "26-AUG-2021" and tapping "View More"), Option Chain (selecting expiry and viewing CALL/PUT strikes), Charts (viewing the candlestick chart), Set Alert, Create GTT, and Add to favourite (selecting the index slot and tapping "Ok").</w:t>
      </w:r>
    </w:p>
    <w:p>
      <w:pPr>
        <w:pStyle w:val="ListBullet"/>
        <w:spacing w:after="60"/>
      </w:pPr>
      <w:r>
        <w:rPr>
          <w:b/>
        </w:rPr>
        <w:t xml:space="preserve">Orders Screen (Baskets, Sort, Multi Leg, Trade Book, Pending, Executed, GTT): </w:t>
      </w:r>
      <w:r>
        <w:t>After a Hindi title card reading "ऑर्डर", the Orders tab opens. The user taps the basket icon at the top to view the "Baskets" screen, taps the Sort icon to open "Sort By" (Name, Product, Quantity, Price, Time), taps the three-dots icon to show "Multi Leg Order Book" and "Trade Book", and switches across the "Pending", "Executed", and "GTT" tabs.</w:t>
      </w:r>
    </w:p>
    <w:p>
      <w:pPr>
        <w:pStyle w:val="ListBullet"/>
        <w:spacing w:after="60"/>
      </w:pPr>
      <w:r>
        <w:rPr>
          <w:b/>
        </w:rPr>
        <w:t xml:space="preserve">Portfolio Screen (Positions, Holdings, Convert &amp; Multi-Exit): </w:t>
      </w:r>
      <w:r>
        <w:t>After a Hindi title card reading "पोर्टफोलिओ", the Portfolio tab opens showing "Holdings" and "Positions". The user taps "BHEL-EQ", taps "Convert Positions", and taps "CONVERT POSITIONS" in the conversion popup (Delivery to Intraday, Qty 100), then long-presses positions to open the "Exit Positions" screen, checks both positions, and taps the red "Exit Position" button.</w:t>
      </w:r>
    </w:p>
    <w:p>
      <w:pPr>
        <w:pStyle w:val="ListBullet"/>
        <w:spacing w:after="60"/>
      </w:pPr>
      <w:r>
        <w:rPr>
          <w:b/>
        </w:rPr>
        <w:t xml:space="preserve">Profile Menu: </w:t>
      </w:r>
      <w:r>
        <w:t>The user taps "R0123" in the bottom navigation bar to open the "Profile" screen showing Funds, Reports, Dark Theme, Change password, Set MPIN, User Preference, and Logout.</w:t>
      </w:r>
    </w:p>
    <w:p>
      <w:pPr>
        <w:pStyle w:val="ListBullet"/>
        <w:spacing w:after="60"/>
      </w:pPr>
      <w:r>
        <w:rPr>
          <w:b/>
        </w:rPr>
        <w:t xml:space="preserve">Fund Pay-In (Add Funds) &amp; Fund Pay-Out (Withdraw via Back Office): </w:t>
      </w:r>
      <w:r>
        <w:t>After a Hindi title card reading "फंड पे – इन और फंड पे – आउट", the user opens "Funds" (showing Margin available, Opening balance, Margin used, and ledger rows) and taps "Add Funds" to open the "ProStocks Payment" page, where the "PaYment Method" popup shows "Net Banking" and "UPI". Returning to the Profile menu, the user taps "Reports" to open the "ProStocks Mobile Back Office" app, taps "Payment Request", and views the "PAYMENT SELECTION" screen with Request Amount, Mode Payment ("Cheque"), and the "Save" button.</w:t>
      </w:r>
    </w:p>
    <w:p>
      <w:pPr>
        <w:pStyle w:val="ListBullet"/>
        <w:spacing w:after="60"/>
      </w:pPr>
      <w:r>
        <w:rPr>
          <w:b/>
        </w:rPr>
        <w:t xml:space="preserve">EDIS &amp; Closing: </w:t>
      </w:r>
      <w:r>
        <w:t>After a bilingual title card reading "EDIS (Electronic Delivery Instruction Slip) / इलेक्ट्रॉनिक डिलिव्हरी इन्स्ट्रक्शन स्लिप", the user opens "Portfolio" -&gt; "Holdings" and highlights the "E-DIS" button in the top green bar, followed by a closing "Thank You" screen with the ProStocks logo.</w:t>
      </w:r>
    </w:p>
    <w:p>
      <w:pPr>
        <w:pStyle w:val="Heading2"/>
        <w:spacing w:before="240" w:after="80"/>
      </w:pPr>
      <w:r>
        <w:rPr>
          <w:rFonts w:ascii="Calibri" w:hAnsi="Calibri"/>
          <w:color w:val="1F4E79"/>
          <w:sz w:val="25"/>
        </w:rPr>
        <w:t>3C. On-Screen Text That Matters (Spelled Exactly as Shown in the App)</w:t>
      </w:r>
    </w:p>
    <w:p>
      <w:pPr>
        <w:pStyle w:val="ListBullet"/>
        <w:spacing w:after="60"/>
      </w:pPr>
      <w:r>
        <w:rPr>
          <w:b/>
        </w:rPr>
        <w:t xml:space="preserve">Video Title Cards (Hindi &amp; Bilingual): </w:t>
      </w:r>
      <w:r>
        <w:t>ProStocks | www.prostocks.com | प्रोस्टॉक्स स्टार मोबाइल अॅप्लीकेशन | मार्केट वॉच | ऑर्डर प्लेसमेंट | मार्केट डेप्थ | ऑर्डर | पोर्टफोलिओ | फंड पे – इन और फंड पे – आउट | EDIS (Electronic Delivery Instruction Slip) | इलेक्ट्रॉनिक डिलिव्हरी इन्स्ट्रक्शन स्लिप | Thank You</w:t>
      </w:r>
    </w:p>
    <w:p>
      <w:pPr>
        <w:pStyle w:val="ListBullet"/>
        <w:spacing w:after="60"/>
      </w:pPr>
      <w:r>
        <w:rPr>
          <w:b/>
        </w:rPr>
        <w:t xml:space="preserve">Login Screen: </w:t>
      </w:r>
      <w:r>
        <w:t>ProStocks Star | Client Code | Password | PAN/DOB | Login | Login with pin | Forgot Password? | Privacy Policy</w:t>
      </w:r>
    </w:p>
    <w:p>
      <w:pPr>
        <w:pStyle w:val="ListBullet"/>
        <w:spacing w:after="60"/>
      </w:pPr>
      <w:r>
        <w:rPr>
          <w:b/>
        </w:rPr>
        <w:t xml:space="preserve">Bottom Navigation Bar: </w:t>
      </w:r>
      <w:r>
        <w:t>WatchList | Orders | Portfolio | R0123 | More</w:t>
      </w:r>
    </w:p>
    <w:p>
      <w:pPr>
        <w:pStyle w:val="ListBullet"/>
        <w:spacing w:after="60"/>
      </w:pPr>
      <w:r>
        <w:rPr>
          <w:b/>
        </w:rPr>
        <w:t xml:space="preserve">Marketwatch Screen &amp; Top Menus: </w:t>
      </w:r>
      <w:r>
        <w:t>Marketwatch | Nifty 50 | BANKNIFTY | SENSEX | 1 | 2 | 3 | 4 | 5 | Alerts | Notifications | Pending Alerts | Sort By | ↑ Scrip Name | ↑ LTP | ↑ Perc. Change | Search Here | Clear | Change Index | Switch View | Delete Scrips | Select 2 Indices | NSE | BSE | BSE100 | BSE200 | BSE500 | BSE CG | Watchlist name | Update</w:t>
      </w:r>
    </w:p>
    <w:p>
      <w:pPr>
        <w:pStyle w:val="ListBullet"/>
        <w:spacing w:after="60"/>
      </w:pPr>
      <w:r>
        <w:rPr>
          <w:b/>
        </w:rPr>
        <w:t xml:space="preserve">Buy / Sell Order Screen &amp; Settings Popup: </w:t>
      </w:r>
      <w:r>
        <w:t>NSE | BSE | Show Index | Show | Perc. Change | Price Diff. | Apply | Quantity | Mlot : 1 | Price | Tick : 0.05 | Product | Delivery | Intraday | Cover | Bracket | Price Type | LIMIT | MARKET | SL | SLM | Validity | DAY | IOC | Disc Qty. | AMO | Available: | Margin: | BUY</w:t>
      </w:r>
    </w:p>
    <w:p>
      <w:pPr>
        <w:pStyle w:val="ListBullet"/>
        <w:spacing w:after="60"/>
      </w:pPr>
      <w:r>
        <w:rPr>
          <w:b/>
        </w:rPr>
        <w:t xml:space="preserve">Scrip Details (Market Depth, Futures, Option Chain, Charts, Alert, GTT, Favourite): </w:t>
      </w:r>
      <w:r>
        <w:t>BUY | SELL | Bid | Ords | Qty | Offers | TBQ | TSQ | Today's H\L | 52 Week H\L | Open | Close | Vol | Avg.Price | LTQ | LTT | LCL | UCL | Expiry | View More | CALL | PUT | OI (lakhs) | LTP | Strike | Spot Price | Charts | 1m | Indicators | Date Range | Set Alert | Alert | Condition | Value * | Remarks | Create GTT | Add to favourite | Select Scrip Index Position | Keep Scrip Index at Left Side | Keep Scrip Index at Right Side | Ok</w:t>
      </w:r>
    </w:p>
    <w:p>
      <w:pPr>
        <w:pStyle w:val="ListBullet"/>
        <w:spacing w:after="60"/>
      </w:pPr>
      <w:r>
        <w:rPr>
          <w:b/>
        </w:rPr>
        <w:t xml:space="preserve">Orders &amp; Baskets Screens: </w:t>
      </w:r>
      <w:r>
        <w:t>Orders | Pending | Executed | GTT | Baskets | Sort By | ↑ Name | ↑ Product | ↑ Quantity | ↑ Price | ↑ Time | Multi Leg Order Book | Trade Book | OPEN | COMPLETE | REJECTED</w:t>
      </w:r>
    </w:p>
    <w:p>
      <w:pPr>
        <w:pStyle w:val="ListBullet"/>
        <w:spacing w:after="60"/>
      </w:pPr>
      <w:r>
        <w:rPr>
          <w:b/>
        </w:rPr>
        <w:t xml:space="preserve">Portfolio, Convert Positions &amp; Exit Positions Screens: </w:t>
      </w:r>
      <w:r>
        <w:t>Portfolio | Positions | Holdings | E-DIS | TOTAL P&amp;L | Today's P&amp;L | Invested | Current | MTM | P&amp;L | Market Depth | ADD | EXIT | Price : | Net Qty : | Convert Positions | Delivery | Intraday | DAY | CF | Max Qty | Qty | CONVERT POSITIONS | Exit Positions | Exit Position</w:t>
      </w:r>
    </w:p>
    <w:p>
      <w:pPr>
        <w:pStyle w:val="ListBullet"/>
        <w:spacing w:after="60"/>
      </w:pPr>
      <w:r>
        <w:rPr>
          <w:b/>
        </w:rPr>
        <w:t xml:space="preserve">Profile, Funds &amp; Back Office Payment Request Screens: </w:t>
      </w:r>
      <w:r>
        <w:t>Profile | R0123 | Funds | Reports | Dark Theme | Change password | Set MPIN | User Preference | Logout | Margin available | Opening balance | Margin used | Add Funds | Available Cash | Payin | SPAN | Realized Profit | Unrealized Profit | Exposure | Adhoc Margin | Stock Collateral | ProStocks Payment | Client Code | PaYment Method | Net Banking | UPI | Bank Name | STATE BANK OF INDIA | Account No. | Segment | NSE | Amount | ProStocks Mobile Back Office | Payment Request | PAYMENT SELECTION | PAYMENT STATUS | Request Amount | Mode Payment | Cheque | UNION BANK OF INDIA | Account Number | Financial Balance | Financial Balance T(I) | Financial Balance T(II) | Save | Refresh</w:t>
      </w:r>
    </w:p>
    <w:sectPr w:rsidR="00FC693F" w:rsidRPr="0006063C" w:rsidSect="00034616">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